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91A79" w14:textId="77777777" w:rsidR="005F1BFD" w:rsidRPr="00EE1AFF" w:rsidRDefault="005704B1">
      <w:pPr>
        <w:jc w:val="center"/>
        <w:rPr>
          <w:lang w:val="el-GR"/>
        </w:rPr>
      </w:pPr>
      <w:r w:rsidRPr="00EE1AFF">
        <w:rPr>
          <w:b/>
          <w:sz w:val="24"/>
          <w:lang w:val="el-GR"/>
        </w:rPr>
        <w:t>ΔΗΜΟΣ ΚΑΒΑΛΑΣ</w:t>
      </w:r>
      <w:r w:rsidRPr="00EE1AFF">
        <w:rPr>
          <w:b/>
          <w:sz w:val="24"/>
          <w:lang w:val="el-GR"/>
        </w:rPr>
        <w:br/>
        <w:t>Διεύθυνση Κοινωνικής Προστασίας, Παιδείας, Πολιτισμού και Αθλητισμού</w:t>
      </w:r>
      <w:r w:rsidRPr="00EE1AFF">
        <w:rPr>
          <w:b/>
          <w:sz w:val="24"/>
          <w:lang w:val="el-GR"/>
        </w:rPr>
        <w:br/>
        <w:t>ΚΕΝΤΡΑ ΗΜΕΡΗΣΙΑΣ ΦΡΟΝΤΙΔΑΣ ΗΛΙΚΙΩΜΕΝΩΝ (ΚΗΦΗ)</w:t>
      </w:r>
    </w:p>
    <w:p w14:paraId="31D974B1" w14:textId="77777777" w:rsidR="005F1BFD" w:rsidRPr="00EE1AFF" w:rsidRDefault="005704B1">
      <w:pPr>
        <w:jc w:val="center"/>
        <w:rPr>
          <w:lang w:val="el-GR"/>
        </w:rPr>
      </w:pPr>
      <w:r w:rsidRPr="00EE1AFF">
        <w:rPr>
          <w:b/>
          <w:color w:val="000000"/>
          <w:sz w:val="28"/>
          <w:lang w:val="el-GR"/>
        </w:rPr>
        <w:br/>
        <w:t>ΑΙΤΗΣΗ ΣΥΜΜΕΤΟΧΗΣ ΣΤΑ ΚΗΦΗ ΔΗΜΟΥ ΚΑΒΑΛΑΣ</w:t>
      </w:r>
      <w:r w:rsidRPr="00EE1AFF">
        <w:rPr>
          <w:b/>
          <w:color w:val="000000"/>
          <w:sz w:val="28"/>
          <w:lang w:val="el-GR"/>
        </w:rPr>
        <w:br/>
      </w:r>
    </w:p>
    <w:p w14:paraId="7E5E70E1" w14:textId="77777777" w:rsidR="005F1BFD" w:rsidRPr="00EE1AFF" w:rsidRDefault="005704B1">
      <w:pPr>
        <w:rPr>
          <w:lang w:val="el-GR"/>
        </w:rPr>
      </w:pPr>
      <w:r w:rsidRPr="00EE1AFF">
        <w:rPr>
          <w:lang w:val="el-GR"/>
        </w:rPr>
        <w:t xml:space="preserve">Ημερομηνία υποβολής: ____/____/2026    </w:t>
      </w:r>
      <w:proofErr w:type="spellStart"/>
      <w:r w:rsidRPr="00EE1AFF">
        <w:rPr>
          <w:lang w:val="el-GR"/>
        </w:rPr>
        <w:t>Αρ</w:t>
      </w:r>
      <w:proofErr w:type="spellEnd"/>
      <w:r w:rsidRPr="00EE1AFF">
        <w:rPr>
          <w:lang w:val="el-GR"/>
        </w:rPr>
        <w:t xml:space="preserve">. </w:t>
      </w:r>
      <w:proofErr w:type="spellStart"/>
      <w:r w:rsidRPr="00EE1AFF">
        <w:rPr>
          <w:lang w:val="el-GR"/>
        </w:rPr>
        <w:t>Πρωτ</w:t>
      </w:r>
      <w:proofErr w:type="spellEnd"/>
      <w:r w:rsidRPr="00EE1AFF">
        <w:rPr>
          <w:lang w:val="el-GR"/>
        </w:rPr>
        <w:t>.: __________________</w:t>
      </w:r>
    </w:p>
    <w:p w14:paraId="081D6BFE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Α. ΣΤΟΙΧΕΙΑ ΑΤΟΜΟΥ ΠΟΥ ΕΙΝΑΙ ΕΠΙΦΟΡΤΙΣΜΕΝΟ ΜΕ ΤΗ ΦΡΟΝΤΙΔΑ (ΕΜΜΕΣΑ ΩΦΕΛΟΥΜΕΝΟΣ/Η - ΑΙΤΩΝ/ΟΥΣΑ)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7"/>
        <w:gridCol w:w="4483"/>
      </w:tblGrid>
      <w:tr w:rsidR="005F1BFD" w14:paraId="0FF6E027" w14:textId="77777777">
        <w:trPr>
          <w:jc w:val="center"/>
        </w:trPr>
        <w:tc>
          <w:tcPr>
            <w:tcW w:w="4535" w:type="dxa"/>
          </w:tcPr>
          <w:p w14:paraId="6BC49350" w14:textId="77777777" w:rsidR="005F1BFD" w:rsidRDefault="005704B1">
            <w:r>
              <w:rPr>
                <w:b/>
                <w:sz w:val="20"/>
              </w:rPr>
              <w:t>ΕΠΩΝΥΜΟ:</w:t>
            </w:r>
          </w:p>
        </w:tc>
        <w:tc>
          <w:tcPr>
            <w:tcW w:w="5102" w:type="dxa"/>
          </w:tcPr>
          <w:p w14:paraId="6F544C0F" w14:textId="77777777" w:rsidR="005F1BFD" w:rsidRDefault="005704B1">
            <w:r>
              <w:t xml:space="preserve"> </w:t>
            </w:r>
          </w:p>
        </w:tc>
      </w:tr>
      <w:tr w:rsidR="005F1BFD" w14:paraId="146833EC" w14:textId="77777777">
        <w:trPr>
          <w:jc w:val="center"/>
        </w:trPr>
        <w:tc>
          <w:tcPr>
            <w:tcW w:w="4535" w:type="dxa"/>
          </w:tcPr>
          <w:p w14:paraId="0D01DFA9" w14:textId="77777777" w:rsidR="005F1BFD" w:rsidRDefault="005704B1">
            <w:r>
              <w:rPr>
                <w:b/>
                <w:sz w:val="20"/>
              </w:rPr>
              <w:t>ΟΝΟΜΑ:</w:t>
            </w:r>
          </w:p>
        </w:tc>
        <w:tc>
          <w:tcPr>
            <w:tcW w:w="5102" w:type="dxa"/>
          </w:tcPr>
          <w:p w14:paraId="1BEDFF4F" w14:textId="77777777" w:rsidR="005F1BFD" w:rsidRDefault="005704B1">
            <w:r>
              <w:t xml:space="preserve"> </w:t>
            </w:r>
          </w:p>
        </w:tc>
      </w:tr>
      <w:tr w:rsidR="005F1BFD" w14:paraId="206C77CE" w14:textId="77777777">
        <w:trPr>
          <w:jc w:val="center"/>
        </w:trPr>
        <w:tc>
          <w:tcPr>
            <w:tcW w:w="4535" w:type="dxa"/>
          </w:tcPr>
          <w:p w14:paraId="7C9C9D60" w14:textId="77777777" w:rsidR="005F1BFD" w:rsidRDefault="005704B1">
            <w:r>
              <w:rPr>
                <w:b/>
                <w:sz w:val="20"/>
              </w:rPr>
              <w:t>ΗΜ/ΝΙΑ ΓΕΝΝΗΣΗΣ:</w:t>
            </w:r>
          </w:p>
        </w:tc>
        <w:tc>
          <w:tcPr>
            <w:tcW w:w="5102" w:type="dxa"/>
          </w:tcPr>
          <w:p w14:paraId="1F4E785E" w14:textId="77777777" w:rsidR="005F1BFD" w:rsidRDefault="005704B1">
            <w:r>
              <w:t xml:space="preserve"> </w:t>
            </w:r>
          </w:p>
        </w:tc>
      </w:tr>
      <w:tr w:rsidR="005F1BFD" w14:paraId="6BACDFD1" w14:textId="77777777">
        <w:trPr>
          <w:jc w:val="center"/>
        </w:trPr>
        <w:tc>
          <w:tcPr>
            <w:tcW w:w="4535" w:type="dxa"/>
          </w:tcPr>
          <w:p w14:paraId="7C3CE283" w14:textId="77777777" w:rsidR="005F1BFD" w:rsidRDefault="005704B1">
            <w:r>
              <w:rPr>
                <w:b/>
                <w:sz w:val="20"/>
              </w:rPr>
              <w:t>ΟΝΟΜΑ ΠΑΤΡΟΣ:</w:t>
            </w:r>
          </w:p>
        </w:tc>
        <w:tc>
          <w:tcPr>
            <w:tcW w:w="5102" w:type="dxa"/>
          </w:tcPr>
          <w:p w14:paraId="46CAC323" w14:textId="77777777" w:rsidR="005F1BFD" w:rsidRDefault="005704B1">
            <w:r>
              <w:t xml:space="preserve"> </w:t>
            </w:r>
          </w:p>
        </w:tc>
      </w:tr>
      <w:tr w:rsidR="005F1BFD" w:rsidRPr="006238C7" w14:paraId="71250ECA" w14:textId="77777777">
        <w:trPr>
          <w:jc w:val="center"/>
        </w:trPr>
        <w:tc>
          <w:tcPr>
            <w:tcW w:w="4535" w:type="dxa"/>
          </w:tcPr>
          <w:p w14:paraId="6213476A" w14:textId="77777777" w:rsidR="005F1BFD" w:rsidRPr="00EE1AFF" w:rsidRDefault="005704B1">
            <w:pPr>
              <w:rPr>
                <w:lang w:val="el-GR"/>
              </w:rPr>
            </w:pPr>
            <w:r w:rsidRPr="00EE1AFF">
              <w:rPr>
                <w:b/>
                <w:sz w:val="20"/>
                <w:lang w:val="el-GR"/>
              </w:rPr>
              <w:t>ΑΡ. ΔΕΛΤΙΟΥ ΤΑΥΤΟΤΗΤΑΣ / ΔΙΑΒΑΤΗΡΙΟΥ / ΑΔΕΙΑΣ ΔΙΑΜΟΝΗΣ:</w:t>
            </w:r>
          </w:p>
        </w:tc>
        <w:tc>
          <w:tcPr>
            <w:tcW w:w="5102" w:type="dxa"/>
          </w:tcPr>
          <w:p w14:paraId="18A79C54" w14:textId="77777777" w:rsidR="005F1BFD" w:rsidRPr="00EE1AFF" w:rsidRDefault="005704B1">
            <w:pPr>
              <w:rPr>
                <w:lang w:val="el-GR"/>
              </w:rPr>
            </w:pPr>
            <w:r w:rsidRPr="00EE1AFF">
              <w:rPr>
                <w:lang w:val="el-GR"/>
              </w:rPr>
              <w:t xml:space="preserve"> </w:t>
            </w:r>
          </w:p>
        </w:tc>
      </w:tr>
      <w:tr w:rsidR="005F1BFD" w14:paraId="581D0C8C" w14:textId="77777777">
        <w:trPr>
          <w:jc w:val="center"/>
        </w:trPr>
        <w:tc>
          <w:tcPr>
            <w:tcW w:w="4535" w:type="dxa"/>
          </w:tcPr>
          <w:p w14:paraId="35B55824" w14:textId="77777777" w:rsidR="005F1BFD" w:rsidRDefault="005704B1">
            <w:r>
              <w:rPr>
                <w:b/>
                <w:sz w:val="20"/>
              </w:rPr>
              <w:t>Α.Φ.Μ.:</w:t>
            </w:r>
          </w:p>
        </w:tc>
        <w:tc>
          <w:tcPr>
            <w:tcW w:w="5102" w:type="dxa"/>
          </w:tcPr>
          <w:p w14:paraId="09032131" w14:textId="77777777" w:rsidR="005F1BFD" w:rsidRDefault="005704B1">
            <w:r>
              <w:t xml:space="preserve"> </w:t>
            </w:r>
          </w:p>
        </w:tc>
      </w:tr>
      <w:tr w:rsidR="005F1BFD" w:rsidRPr="006238C7" w14:paraId="1FB8B8B2" w14:textId="77777777">
        <w:trPr>
          <w:jc w:val="center"/>
        </w:trPr>
        <w:tc>
          <w:tcPr>
            <w:tcW w:w="4535" w:type="dxa"/>
          </w:tcPr>
          <w:p w14:paraId="6D773617" w14:textId="77777777" w:rsidR="005F1BFD" w:rsidRPr="00EE1AFF" w:rsidRDefault="005704B1">
            <w:pPr>
              <w:rPr>
                <w:lang w:val="el-GR"/>
              </w:rPr>
            </w:pPr>
            <w:r w:rsidRPr="00EE1AFF">
              <w:rPr>
                <w:b/>
                <w:sz w:val="20"/>
                <w:lang w:val="el-GR"/>
              </w:rPr>
              <w:t>Α.Μ.Κ.Α. (προαιρετικά):</w:t>
            </w:r>
          </w:p>
        </w:tc>
        <w:tc>
          <w:tcPr>
            <w:tcW w:w="5102" w:type="dxa"/>
          </w:tcPr>
          <w:p w14:paraId="11630B64" w14:textId="77777777" w:rsidR="005F1BFD" w:rsidRPr="00EE1AFF" w:rsidRDefault="005704B1">
            <w:pPr>
              <w:rPr>
                <w:lang w:val="el-GR"/>
              </w:rPr>
            </w:pPr>
            <w:r w:rsidRPr="00EE1AFF">
              <w:rPr>
                <w:lang w:val="el-GR"/>
              </w:rPr>
              <w:t xml:space="preserve"> </w:t>
            </w:r>
          </w:p>
        </w:tc>
      </w:tr>
      <w:tr w:rsidR="005F1BFD" w14:paraId="2C7CF064" w14:textId="77777777">
        <w:trPr>
          <w:jc w:val="center"/>
        </w:trPr>
        <w:tc>
          <w:tcPr>
            <w:tcW w:w="4535" w:type="dxa"/>
          </w:tcPr>
          <w:p w14:paraId="0C925571" w14:textId="77777777" w:rsidR="005F1BFD" w:rsidRDefault="005704B1">
            <w:r>
              <w:rPr>
                <w:b/>
                <w:sz w:val="20"/>
              </w:rPr>
              <w:t>ΕΠΑΓΓΕΛΜΑ:</w:t>
            </w:r>
          </w:p>
        </w:tc>
        <w:tc>
          <w:tcPr>
            <w:tcW w:w="5102" w:type="dxa"/>
          </w:tcPr>
          <w:p w14:paraId="64E47C2E" w14:textId="77777777" w:rsidR="005F1BFD" w:rsidRDefault="005704B1">
            <w:r>
              <w:t xml:space="preserve"> </w:t>
            </w:r>
          </w:p>
        </w:tc>
      </w:tr>
      <w:tr w:rsidR="005F1BFD" w14:paraId="429C8EC0" w14:textId="77777777">
        <w:trPr>
          <w:jc w:val="center"/>
        </w:trPr>
        <w:tc>
          <w:tcPr>
            <w:tcW w:w="4535" w:type="dxa"/>
          </w:tcPr>
          <w:p w14:paraId="501EF396" w14:textId="77777777" w:rsidR="005F1BFD" w:rsidRDefault="005704B1">
            <w:r>
              <w:rPr>
                <w:b/>
                <w:sz w:val="20"/>
              </w:rPr>
              <w:t>ΥΠΗΚΟΟΤΗΤΑ:</w:t>
            </w:r>
          </w:p>
        </w:tc>
        <w:tc>
          <w:tcPr>
            <w:tcW w:w="5102" w:type="dxa"/>
          </w:tcPr>
          <w:p w14:paraId="4E73915D" w14:textId="77777777" w:rsidR="005F1BFD" w:rsidRDefault="005704B1">
            <w:r>
              <w:t xml:space="preserve"> </w:t>
            </w:r>
          </w:p>
        </w:tc>
      </w:tr>
      <w:tr w:rsidR="005F1BFD" w14:paraId="4BC56E04" w14:textId="77777777">
        <w:trPr>
          <w:jc w:val="center"/>
        </w:trPr>
        <w:tc>
          <w:tcPr>
            <w:tcW w:w="4535" w:type="dxa"/>
          </w:tcPr>
          <w:p w14:paraId="0B1D4028" w14:textId="77777777" w:rsidR="005F1BFD" w:rsidRDefault="005704B1">
            <w:r>
              <w:rPr>
                <w:b/>
                <w:sz w:val="20"/>
              </w:rPr>
              <w:t>ΚΥΡΙΟΣ ΑΣΦΑΛΙΣΤΙΚΟΣ ΦΟΡΕΑΣ:</w:t>
            </w:r>
          </w:p>
        </w:tc>
        <w:tc>
          <w:tcPr>
            <w:tcW w:w="5102" w:type="dxa"/>
          </w:tcPr>
          <w:p w14:paraId="7C33014A" w14:textId="77777777" w:rsidR="005F1BFD" w:rsidRDefault="005704B1">
            <w:r>
              <w:t xml:space="preserve"> </w:t>
            </w:r>
          </w:p>
        </w:tc>
      </w:tr>
      <w:tr w:rsidR="005F1BFD" w14:paraId="1B43238A" w14:textId="77777777">
        <w:trPr>
          <w:jc w:val="center"/>
        </w:trPr>
        <w:tc>
          <w:tcPr>
            <w:tcW w:w="4535" w:type="dxa"/>
          </w:tcPr>
          <w:p w14:paraId="701A6C49" w14:textId="77777777" w:rsidR="005F1BFD" w:rsidRDefault="005704B1">
            <w:r>
              <w:rPr>
                <w:b/>
                <w:sz w:val="20"/>
              </w:rPr>
              <w:t>ΤΑΧ. Δ/ΝΣΗ - ΝΟΜΟΣ:</w:t>
            </w:r>
          </w:p>
        </w:tc>
        <w:tc>
          <w:tcPr>
            <w:tcW w:w="5102" w:type="dxa"/>
          </w:tcPr>
          <w:p w14:paraId="40B92EBF" w14:textId="77777777" w:rsidR="005F1BFD" w:rsidRDefault="005704B1">
            <w:r>
              <w:t xml:space="preserve"> </w:t>
            </w:r>
          </w:p>
        </w:tc>
      </w:tr>
      <w:tr w:rsidR="005F1BFD" w14:paraId="7DAF982C" w14:textId="77777777">
        <w:trPr>
          <w:jc w:val="center"/>
        </w:trPr>
        <w:tc>
          <w:tcPr>
            <w:tcW w:w="4535" w:type="dxa"/>
          </w:tcPr>
          <w:p w14:paraId="79B729EA" w14:textId="77777777" w:rsidR="005F1BFD" w:rsidRDefault="005704B1">
            <w:r>
              <w:rPr>
                <w:b/>
                <w:sz w:val="20"/>
              </w:rPr>
              <w:t>ΔΗΜΟΣ:</w:t>
            </w:r>
          </w:p>
        </w:tc>
        <w:tc>
          <w:tcPr>
            <w:tcW w:w="5102" w:type="dxa"/>
          </w:tcPr>
          <w:p w14:paraId="02CFEC79" w14:textId="77777777" w:rsidR="005F1BFD" w:rsidRDefault="005704B1">
            <w:r>
              <w:t xml:space="preserve"> </w:t>
            </w:r>
          </w:p>
        </w:tc>
      </w:tr>
      <w:tr w:rsidR="005F1BFD" w14:paraId="33005530" w14:textId="77777777">
        <w:trPr>
          <w:jc w:val="center"/>
        </w:trPr>
        <w:tc>
          <w:tcPr>
            <w:tcW w:w="4535" w:type="dxa"/>
          </w:tcPr>
          <w:p w14:paraId="546DD55C" w14:textId="77777777" w:rsidR="005F1BFD" w:rsidRDefault="005704B1">
            <w:r>
              <w:rPr>
                <w:b/>
                <w:sz w:val="20"/>
              </w:rPr>
              <w:t>ΠΟΛΗ / ΟΙΚΙΣΜΟΣ:</w:t>
            </w:r>
          </w:p>
        </w:tc>
        <w:tc>
          <w:tcPr>
            <w:tcW w:w="5102" w:type="dxa"/>
          </w:tcPr>
          <w:p w14:paraId="149F0144" w14:textId="77777777" w:rsidR="005F1BFD" w:rsidRDefault="005704B1">
            <w:r>
              <w:t xml:space="preserve"> </w:t>
            </w:r>
          </w:p>
        </w:tc>
      </w:tr>
      <w:tr w:rsidR="005F1BFD" w14:paraId="599C17A3" w14:textId="77777777">
        <w:trPr>
          <w:jc w:val="center"/>
        </w:trPr>
        <w:tc>
          <w:tcPr>
            <w:tcW w:w="4535" w:type="dxa"/>
          </w:tcPr>
          <w:p w14:paraId="2ED0D0DB" w14:textId="77777777" w:rsidR="005F1BFD" w:rsidRDefault="005704B1">
            <w:r>
              <w:rPr>
                <w:b/>
                <w:sz w:val="20"/>
              </w:rPr>
              <w:t>ΟΔΟΣ - ΑΡΙΘΜΟΣ - Τ.Κ.:</w:t>
            </w:r>
          </w:p>
        </w:tc>
        <w:tc>
          <w:tcPr>
            <w:tcW w:w="5102" w:type="dxa"/>
          </w:tcPr>
          <w:p w14:paraId="1BE920CD" w14:textId="77777777" w:rsidR="005F1BFD" w:rsidRDefault="005704B1">
            <w:r>
              <w:t xml:space="preserve"> </w:t>
            </w:r>
          </w:p>
        </w:tc>
      </w:tr>
      <w:tr w:rsidR="005F1BFD" w14:paraId="3F592EFA" w14:textId="77777777">
        <w:trPr>
          <w:jc w:val="center"/>
        </w:trPr>
        <w:tc>
          <w:tcPr>
            <w:tcW w:w="4535" w:type="dxa"/>
          </w:tcPr>
          <w:p w14:paraId="5443A6C6" w14:textId="77777777" w:rsidR="005F1BFD" w:rsidRDefault="005704B1">
            <w:r>
              <w:rPr>
                <w:b/>
                <w:sz w:val="20"/>
              </w:rPr>
              <w:t>ΤΗΛΕΦΩΝΟ ΣΤΑΘΕΡΟ:</w:t>
            </w:r>
          </w:p>
        </w:tc>
        <w:tc>
          <w:tcPr>
            <w:tcW w:w="5102" w:type="dxa"/>
          </w:tcPr>
          <w:p w14:paraId="4261DC9C" w14:textId="77777777" w:rsidR="005F1BFD" w:rsidRDefault="005704B1">
            <w:r>
              <w:t xml:space="preserve"> </w:t>
            </w:r>
          </w:p>
        </w:tc>
      </w:tr>
      <w:tr w:rsidR="005F1BFD" w14:paraId="0FA9BB13" w14:textId="77777777">
        <w:trPr>
          <w:jc w:val="center"/>
        </w:trPr>
        <w:tc>
          <w:tcPr>
            <w:tcW w:w="4535" w:type="dxa"/>
          </w:tcPr>
          <w:p w14:paraId="5B6C12A6" w14:textId="77777777" w:rsidR="005F1BFD" w:rsidRDefault="005704B1">
            <w:r>
              <w:rPr>
                <w:b/>
                <w:sz w:val="20"/>
              </w:rPr>
              <w:t>ΤΗΛΕΦΩΝΟ ΚΙΝΗΤΟ:</w:t>
            </w:r>
          </w:p>
        </w:tc>
        <w:tc>
          <w:tcPr>
            <w:tcW w:w="5102" w:type="dxa"/>
          </w:tcPr>
          <w:p w14:paraId="5C143E5F" w14:textId="77777777" w:rsidR="005F1BFD" w:rsidRDefault="005704B1">
            <w:r>
              <w:t xml:space="preserve"> </w:t>
            </w:r>
          </w:p>
        </w:tc>
      </w:tr>
      <w:tr w:rsidR="005F1BFD" w14:paraId="050A0C92" w14:textId="77777777">
        <w:trPr>
          <w:jc w:val="center"/>
        </w:trPr>
        <w:tc>
          <w:tcPr>
            <w:tcW w:w="4535" w:type="dxa"/>
          </w:tcPr>
          <w:p w14:paraId="7D7A8557" w14:textId="77777777" w:rsidR="005F1BFD" w:rsidRDefault="005704B1">
            <w:r>
              <w:rPr>
                <w:b/>
                <w:sz w:val="20"/>
              </w:rPr>
              <w:t>E-MAIL:</w:t>
            </w:r>
          </w:p>
        </w:tc>
        <w:tc>
          <w:tcPr>
            <w:tcW w:w="5102" w:type="dxa"/>
          </w:tcPr>
          <w:p w14:paraId="605A58B5" w14:textId="77777777" w:rsidR="005F1BFD" w:rsidRDefault="005704B1">
            <w:r>
              <w:t xml:space="preserve"> </w:t>
            </w:r>
          </w:p>
        </w:tc>
      </w:tr>
    </w:tbl>
    <w:p w14:paraId="6D90F755" w14:textId="77777777" w:rsidR="005F1BFD" w:rsidRDefault="005F1BFD"/>
    <w:p w14:paraId="6D6D5DDB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Β. ΣΤΟΙΧΕΙΑ ΑΤΟΜΟΥ ΠΟΥ ΘΑ ΛΑΜΒΑΝΕΙ ΥΠΗΡΕΣΙΕΣ ΑΠΟ ΤΟ ΚΕΝΤΡΟ (ΑΜΕΣΑ ΩΦΕΛΟΥΜΕΝΟΣ/Η - ΗΛΙΚΙΩΜΕΝΟΣ/Η)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3"/>
        <w:gridCol w:w="4467"/>
      </w:tblGrid>
      <w:tr w:rsidR="005F1BFD" w14:paraId="60639ECD" w14:textId="77777777">
        <w:trPr>
          <w:jc w:val="center"/>
        </w:trPr>
        <w:tc>
          <w:tcPr>
            <w:tcW w:w="4535" w:type="dxa"/>
          </w:tcPr>
          <w:p w14:paraId="17B67CA4" w14:textId="77777777" w:rsidR="005F1BFD" w:rsidRDefault="005704B1">
            <w:r>
              <w:rPr>
                <w:b/>
                <w:sz w:val="20"/>
              </w:rPr>
              <w:t>ΕΠΩΝΥΜΟ:</w:t>
            </w:r>
          </w:p>
        </w:tc>
        <w:tc>
          <w:tcPr>
            <w:tcW w:w="5102" w:type="dxa"/>
          </w:tcPr>
          <w:p w14:paraId="4ED87093" w14:textId="77777777" w:rsidR="005F1BFD" w:rsidRDefault="005704B1">
            <w:r>
              <w:t xml:space="preserve"> </w:t>
            </w:r>
          </w:p>
        </w:tc>
      </w:tr>
      <w:tr w:rsidR="005F1BFD" w14:paraId="74A63682" w14:textId="77777777">
        <w:trPr>
          <w:jc w:val="center"/>
        </w:trPr>
        <w:tc>
          <w:tcPr>
            <w:tcW w:w="4535" w:type="dxa"/>
          </w:tcPr>
          <w:p w14:paraId="68D011C9" w14:textId="77777777" w:rsidR="005F1BFD" w:rsidRDefault="005704B1">
            <w:r>
              <w:rPr>
                <w:b/>
                <w:sz w:val="20"/>
              </w:rPr>
              <w:t>ΟΝΟΜΑ:</w:t>
            </w:r>
          </w:p>
        </w:tc>
        <w:tc>
          <w:tcPr>
            <w:tcW w:w="5102" w:type="dxa"/>
          </w:tcPr>
          <w:p w14:paraId="11473AC4" w14:textId="77777777" w:rsidR="005F1BFD" w:rsidRDefault="005704B1">
            <w:r>
              <w:t xml:space="preserve"> </w:t>
            </w:r>
          </w:p>
        </w:tc>
      </w:tr>
      <w:tr w:rsidR="005F1BFD" w14:paraId="5E707341" w14:textId="77777777">
        <w:trPr>
          <w:jc w:val="center"/>
        </w:trPr>
        <w:tc>
          <w:tcPr>
            <w:tcW w:w="4535" w:type="dxa"/>
          </w:tcPr>
          <w:p w14:paraId="27861A1B" w14:textId="77777777" w:rsidR="005F1BFD" w:rsidRDefault="005704B1">
            <w:r>
              <w:rPr>
                <w:b/>
                <w:sz w:val="20"/>
              </w:rPr>
              <w:lastRenderedPageBreak/>
              <w:t>ΗΜ/ΝΙΑ ΓΕΝΝΗΣΗΣ:</w:t>
            </w:r>
          </w:p>
        </w:tc>
        <w:tc>
          <w:tcPr>
            <w:tcW w:w="5102" w:type="dxa"/>
          </w:tcPr>
          <w:p w14:paraId="5EA44178" w14:textId="77777777" w:rsidR="005F1BFD" w:rsidRDefault="005704B1">
            <w:r>
              <w:t xml:space="preserve"> </w:t>
            </w:r>
          </w:p>
        </w:tc>
      </w:tr>
      <w:tr w:rsidR="005F1BFD" w14:paraId="318AA200" w14:textId="77777777">
        <w:trPr>
          <w:jc w:val="center"/>
        </w:trPr>
        <w:tc>
          <w:tcPr>
            <w:tcW w:w="4535" w:type="dxa"/>
          </w:tcPr>
          <w:p w14:paraId="1B027C93" w14:textId="77777777" w:rsidR="005F1BFD" w:rsidRDefault="005704B1">
            <w:r>
              <w:rPr>
                <w:b/>
                <w:sz w:val="20"/>
              </w:rPr>
              <w:t>ΟΝΟΜΑ ΠΑΤΡΟΣ:</w:t>
            </w:r>
          </w:p>
        </w:tc>
        <w:tc>
          <w:tcPr>
            <w:tcW w:w="5102" w:type="dxa"/>
          </w:tcPr>
          <w:p w14:paraId="4971E5D3" w14:textId="77777777" w:rsidR="005F1BFD" w:rsidRDefault="005704B1">
            <w:r>
              <w:t xml:space="preserve"> </w:t>
            </w:r>
          </w:p>
        </w:tc>
      </w:tr>
      <w:tr w:rsidR="005F1BFD" w:rsidRPr="006238C7" w14:paraId="7357A6C8" w14:textId="77777777">
        <w:trPr>
          <w:jc w:val="center"/>
        </w:trPr>
        <w:tc>
          <w:tcPr>
            <w:tcW w:w="4535" w:type="dxa"/>
          </w:tcPr>
          <w:p w14:paraId="2E75A561" w14:textId="77777777" w:rsidR="005F1BFD" w:rsidRPr="00EE1AFF" w:rsidRDefault="005704B1">
            <w:pPr>
              <w:rPr>
                <w:lang w:val="el-GR"/>
              </w:rPr>
            </w:pPr>
            <w:r w:rsidRPr="00EE1AFF">
              <w:rPr>
                <w:b/>
                <w:sz w:val="20"/>
                <w:lang w:val="el-GR"/>
              </w:rPr>
              <w:t>ΑΡ. ΔΕΛΤΙΟΥ ΤΑΥΤΟΤΗΤΑΣ / ΔΙΑΒΑΤΗΡΙΟΥ / ΑΔΕΙΑΣ ΔΙΑΜΟΝΗΣ:</w:t>
            </w:r>
          </w:p>
        </w:tc>
        <w:tc>
          <w:tcPr>
            <w:tcW w:w="5102" w:type="dxa"/>
          </w:tcPr>
          <w:p w14:paraId="725649BC" w14:textId="77777777" w:rsidR="005F1BFD" w:rsidRPr="00EE1AFF" w:rsidRDefault="005704B1">
            <w:pPr>
              <w:rPr>
                <w:lang w:val="el-GR"/>
              </w:rPr>
            </w:pPr>
            <w:r w:rsidRPr="00EE1AFF">
              <w:rPr>
                <w:lang w:val="el-GR"/>
              </w:rPr>
              <w:t xml:space="preserve"> </w:t>
            </w:r>
          </w:p>
        </w:tc>
      </w:tr>
      <w:tr w:rsidR="005F1BFD" w14:paraId="0E71C5FB" w14:textId="77777777">
        <w:trPr>
          <w:jc w:val="center"/>
        </w:trPr>
        <w:tc>
          <w:tcPr>
            <w:tcW w:w="4535" w:type="dxa"/>
          </w:tcPr>
          <w:p w14:paraId="04A63FAB" w14:textId="77777777" w:rsidR="005F1BFD" w:rsidRDefault="005704B1">
            <w:r>
              <w:rPr>
                <w:b/>
                <w:sz w:val="20"/>
              </w:rPr>
              <w:t>Α.Φ.Μ.:</w:t>
            </w:r>
          </w:p>
        </w:tc>
        <w:tc>
          <w:tcPr>
            <w:tcW w:w="5102" w:type="dxa"/>
          </w:tcPr>
          <w:p w14:paraId="78E54415" w14:textId="77777777" w:rsidR="005F1BFD" w:rsidRDefault="005704B1">
            <w:r>
              <w:t xml:space="preserve"> </w:t>
            </w:r>
          </w:p>
        </w:tc>
      </w:tr>
      <w:tr w:rsidR="005F1BFD" w14:paraId="09B1B2D0" w14:textId="77777777">
        <w:trPr>
          <w:jc w:val="center"/>
        </w:trPr>
        <w:tc>
          <w:tcPr>
            <w:tcW w:w="4535" w:type="dxa"/>
          </w:tcPr>
          <w:p w14:paraId="3DC4D479" w14:textId="77777777" w:rsidR="005F1BFD" w:rsidRDefault="005704B1">
            <w:r>
              <w:rPr>
                <w:b/>
                <w:sz w:val="20"/>
              </w:rPr>
              <w:t>Α.Μ.Κ.Α.:</w:t>
            </w:r>
          </w:p>
        </w:tc>
        <w:tc>
          <w:tcPr>
            <w:tcW w:w="5102" w:type="dxa"/>
          </w:tcPr>
          <w:p w14:paraId="4317F8D4" w14:textId="77777777" w:rsidR="005F1BFD" w:rsidRDefault="005704B1">
            <w:r>
              <w:t xml:space="preserve"> </w:t>
            </w:r>
          </w:p>
        </w:tc>
      </w:tr>
      <w:tr w:rsidR="005F1BFD" w14:paraId="25E8FAEE" w14:textId="77777777">
        <w:trPr>
          <w:jc w:val="center"/>
        </w:trPr>
        <w:tc>
          <w:tcPr>
            <w:tcW w:w="4535" w:type="dxa"/>
          </w:tcPr>
          <w:p w14:paraId="01258838" w14:textId="77777777" w:rsidR="005F1BFD" w:rsidRDefault="005704B1">
            <w:r>
              <w:rPr>
                <w:b/>
                <w:sz w:val="20"/>
              </w:rPr>
              <w:t>ΕΠΑΓΓΕΛΜΑ (π</w:t>
            </w:r>
            <w:proofErr w:type="spellStart"/>
            <w:r>
              <w:rPr>
                <w:b/>
                <w:sz w:val="20"/>
              </w:rPr>
              <w:t>ρώην</w:t>
            </w:r>
            <w:proofErr w:type="spellEnd"/>
            <w:r>
              <w:rPr>
                <w:b/>
                <w:sz w:val="20"/>
              </w:rPr>
              <w:t>):</w:t>
            </w:r>
          </w:p>
        </w:tc>
        <w:tc>
          <w:tcPr>
            <w:tcW w:w="5102" w:type="dxa"/>
          </w:tcPr>
          <w:p w14:paraId="17E777BB" w14:textId="77777777" w:rsidR="005F1BFD" w:rsidRDefault="005704B1">
            <w:r>
              <w:t xml:space="preserve"> </w:t>
            </w:r>
          </w:p>
        </w:tc>
      </w:tr>
      <w:tr w:rsidR="005F1BFD" w14:paraId="2F5EC98C" w14:textId="77777777">
        <w:trPr>
          <w:jc w:val="center"/>
        </w:trPr>
        <w:tc>
          <w:tcPr>
            <w:tcW w:w="4535" w:type="dxa"/>
          </w:tcPr>
          <w:p w14:paraId="75EF5210" w14:textId="77777777" w:rsidR="005F1BFD" w:rsidRDefault="005704B1">
            <w:r>
              <w:rPr>
                <w:b/>
                <w:sz w:val="20"/>
              </w:rPr>
              <w:t>ΥΠΗΚΟΟΤΗΤΑ:</w:t>
            </w:r>
          </w:p>
        </w:tc>
        <w:tc>
          <w:tcPr>
            <w:tcW w:w="5102" w:type="dxa"/>
          </w:tcPr>
          <w:p w14:paraId="792C30F3" w14:textId="77777777" w:rsidR="005F1BFD" w:rsidRDefault="005704B1">
            <w:r>
              <w:t xml:space="preserve"> </w:t>
            </w:r>
          </w:p>
        </w:tc>
      </w:tr>
      <w:tr w:rsidR="005F1BFD" w14:paraId="3A003412" w14:textId="77777777">
        <w:trPr>
          <w:jc w:val="center"/>
        </w:trPr>
        <w:tc>
          <w:tcPr>
            <w:tcW w:w="4535" w:type="dxa"/>
          </w:tcPr>
          <w:p w14:paraId="6266CFA8" w14:textId="77777777" w:rsidR="005F1BFD" w:rsidRDefault="005704B1">
            <w:r>
              <w:rPr>
                <w:b/>
                <w:sz w:val="20"/>
              </w:rPr>
              <w:t>ΚΥΡΙΟΣ ΑΣΦΑΛΙΣΤΙΚΟΣ ΦΟΡΕΑΣ:</w:t>
            </w:r>
          </w:p>
        </w:tc>
        <w:tc>
          <w:tcPr>
            <w:tcW w:w="5102" w:type="dxa"/>
          </w:tcPr>
          <w:p w14:paraId="1D394B08" w14:textId="77777777" w:rsidR="005F1BFD" w:rsidRDefault="005704B1">
            <w:r>
              <w:t xml:space="preserve"> </w:t>
            </w:r>
          </w:p>
        </w:tc>
      </w:tr>
      <w:tr w:rsidR="005F1BFD" w14:paraId="0395EE43" w14:textId="77777777">
        <w:trPr>
          <w:jc w:val="center"/>
        </w:trPr>
        <w:tc>
          <w:tcPr>
            <w:tcW w:w="4535" w:type="dxa"/>
          </w:tcPr>
          <w:p w14:paraId="34DA58ED" w14:textId="77777777" w:rsidR="005F1BFD" w:rsidRDefault="005704B1">
            <w:r>
              <w:rPr>
                <w:b/>
                <w:sz w:val="20"/>
              </w:rPr>
              <w:t>ΤΑΧ. Δ/ΝΣΗ - ΝΟΜΟΣ:</w:t>
            </w:r>
          </w:p>
        </w:tc>
        <w:tc>
          <w:tcPr>
            <w:tcW w:w="5102" w:type="dxa"/>
          </w:tcPr>
          <w:p w14:paraId="37925364" w14:textId="77777777" w:rsidR="005F1BFD" w:rsidRDefault="005704B1">
            <w:r>
              <w:t xml:space="preserve"> </w:t>
            </w:r>
          </w:p>
        </w:tc>
      </w:tr>
      <w:tr w:rsidR="005F1BFD" w14:paraId="34036D17" w14:textId="77777777">
        <w:trPr>
          <w:jc w:val="center"/>
        </w:trPr>
        <w:tc>
          <w:tcPr>
            <w:tcW w:w="4535" w:type="dxa"/>
          </w:tcPr>
          <w:p w14:paraId="29E22608" w14:textId="77777777" w:rsidR="005F1BFD" w:rsidRDefault="005704B1">
            <w:r>
              <w:rPr>
                <w:b/>
                <w:sz w:val="20"/>
              </w:rPr>
              <w:t>ΔΗΜΟΣ:</w:t>
            </w:r>
          </w:p>
        </w:tc>
        <w:tc>
          <w:tcPr>
            <w:tcW w:w="5102" w:type="dxa"/>
          </w:tcPr>
          <w:p w14:paraId="63D9C264" w14:textId="77777777" w:rsidR="005F1BFD" w:rsidRDefault="005704B1">
            <w:r>
              <w:t xml:space="preserve"> </w:t>
            </w:r>
          </w:p>
        </w:tc>
      </w:tr>
      <w:tr w:rsidR="005F1BFD" w14:paraId="016152B7" w14:textId="77777777">
        <w:trPr>
          <w:jc w:val="center"/>
        </w:trPr>
        <w:tc>
          <w:tcPr>
            <w:tcW w:w="4535" w:type="dxa"/>
          </w:tcPr>
          <w:p w14:paraId="027CE161" w14:textId="77777777" w:rsidR="005F1BFD" w:rsidRDefault="005704B1">
            <w:r>
              <w:rPr>
                <w:b/>
                <w:sz w:val="20"/>
              </w:rPr>
              <w:t>ΠΟΛΗ / ΟΙΚΙΣΜΟΣ:</w:t>
            </w:r>
          </w:p>
        </w:tc>
        <w:tc>
          <w:tcPr>
            <w:tcW w:w="5102" w:type="dxa"/>
          </w:tcPr>
          <w:p w14:paraId="0BDEE76F" w14:textId="77777777" w:rsidR="005F1BFD" w:rsidRDefault="005704B1">
            <w:r>
              <w:t xml:space="preserve"> </w:t>
            </w:r>
          </w:p>
        </w:tc>
      </w:tr>
      <w:tr w:rsidR="005F1BFD" w14:paraId="2191C2C2" w14:textId="77777777">
        <w:trPr>
          <w:jc w:val="center"/>
        </w:trPr>
        <w:tc>
          <w:tcPr>
            <w:tcW w:w="4535" w:type="dxa"/>
          </w:tcPr>
          <w:p w14:paraId="0DAEE23C" w14:textId="77777777" w:rsidR="005F1BFD" w:rsidRDefault="005704B1">
            <w:r>
              <w:rPr>
                <w:b/>
                <w:sz w:val="20"/>
              </w:rPr>
              <w:t>ΟΔΟΣ - ΑΡΙΘΜΟΣ - Τ.Κ.:</w:t>
            </w:r>
          </w:p>
        </w:tc>
        <w:tc>
          <w:tcPr>
            <w:tcW w:w="5102" w:type="dxa"/>
          </w:tcPr>
          <w:p w14:paraId="0929BF04" w14:textId="77777777" w:rsidR="005F1BFD" w:rsidRDefault="005704B1">
            <w:r>
              <w:t xml:space="preserve"> </w:t>
            </w:r>
          </w:p>
        </w:tc>
      </w:tr>
      <w:tr w:rsidR="005F1BFD" w14:paraId="55469A60" w14:textId="77777777">
        <w:trPr>
          <w:jc w:val="center"/>
        </w:trPr>
        <w:tc>
          <w:tcPr>
            <w:tcW w:w="4535" w:type="dxa"/>
          </w:tcPr>
          <w:p w14:paraId="6FE946A3" w14:textId="77777777" w:rsidR="005F1BFD" w:rsidRDefault="005704B1">
            <w:r>
              <w:rPr>
                <w:b/>
                <w:sz w:val="20"/>
              </w:rPr>
              <w:t>ΤΗΛΕΦΩΝΟ ΣΤΑΘΕΡΟ:</w:t>
            </w:r>
          </w:p>
        </w:tc>
        <w:tc>
          <w:tcPr>
            <w:tcW w:w="5102" w:type="dxa"/>
          </w:tcPr>
          <w:p w14:paraId="6347D1C0" w14:textId="77777777" w:rsidR="005F1BFD" w:rsidRDefault="005704B1">
            <w:r>
              <w:t xml:space="preserve"> </w:t>
            </w:r>
          </w:p>
        </w:tc>
      </w:tr>
      <w:tr w:rsidR="005F1BFD" w14:paraId="71B297DB" w14:textId="77777777">
        <w:trPr>
          <w:jc w:val="center"/>
        </w:trPr>
        <w:tc>
          <w:tcPr>
            <w:tcW w:w="4535" w:type="dxa"/>
          </w:tcPr>
          <w:p w14:paraId="109D36BC" w14:textId="77777777" w:rsidR="005F1BFD" w:rsidRDefault="005704B1">
            <w:r>
              <w:rPr>
                <w:b/>
                <w:sz w:val="20"/>
              </w:rPr>
              <w:t>ΤΗΛΕΦΩΝΟ ΚΙΝΗΤΟ:</w:t>
            </w:r>
          </w:p>
        </w:tc>
        <w:tc>
          <w:tcPr>
            <w:tcW w:w="5102" w:type="dxa"/>
          </w:tcPr>
          <w:p w14:paraId="7A498650" w14:textId="77777777" w:rsidR="005F1BFD" w:rsidRDefault="005704B1">
            <w:r>
              <w:t xml:space="preserve"> </w:t>
            </w:r>
          </w:p>
        </w:tc>
      </w:tr>
      <w:tr w:rsidR="005F1BFD" w14:paraId="27516F5C" w14:textId="77777777">
        <w:trPr>
          <w:jc w:val="center"/>
        </w:trPr>
        <w:tc>
          <w:tcPr>
            <w:tcW w:w="4535" w:type="dxa"/>
          </w:tcPr>
          <w:p w14:paraId="6B78A2DE" w14:textId="77777777" w:rsidR="005F1BFD" w:rsidRDefault="005704B1">
            <w:r>
              <w:rPr>
                <w:b/>
                <w:sz w:val="20"/>
              </w:rPr>
              <w:t>E-MAIL (</w:t>
            </w:r>
            <w:proofErr w:type="spellStart"/>
            <w:r>
              <w:rPr>
                <w:b/>
                <w:sz w:val="20"/>
              </w:rPr>
              <w:t>εάν</w:t>
            </w:r>
            <w:proofErr w:type="spellEnd"/>
            <w:r>
              <w:rPr>
                <w:b/>
                <w:sz w:val="20"/>
              </w:rPr>
              <w:t xml:space="preserve"> υπ</w:t>
            </w:r>
            <w:proofErr w:type="spellStart"/>
            <w:r>
              <w:rPr>
                <w:b/>
                <w:sz w:val="20"/>
              </w:rPr>
              <w:t>άρχει</w:t>
            </w:r>
            <w:proofErr w:type="spellEnd"/>
            <w:r>
              <w:rPr>
                <w:b/>
                <w:sz w:val="20"/>
              </w:rPr>
              <w:t>):</w:t>
            </w:r>
          </w:p>
        </w:tc>
        <w:tc>
          <w:tcPr>
            <w:tcW w:w="5102" w:type="dxa"/>
          </w:tcPr>
          <w:p w14:paraId="0E0D17A9" w14:textId="77777777" w:rsidR="005F1BFD" w:rsidRDefault="005704B1">
            <w:r>
              <w:t xml:space="preserve"> </w:t>
            </w:r>
          </w:p>
        </w:tc>
      </w:tr>
      <w:tr w:rsidR="005F1BFD" w14:paraId="1FAFC188" w14:textId="77777777">
        <w:trPr>
          <w:jc w:val="center"/>
        </w:trPr>
        <w:tc>
          <w:tcPr>
            <w:tcW w:w="4535" w:type="dxa"/>
          </w:tcPr>
          <w:p w14:paraId="7A29E267" w14:textId="77777777" w:rsidR="005F1BFD" w:rsidRDefault="005704B1">
            <w:r>
              <w:rPr>
                <w:b/>
                <w:sz w:val="20"/>
              </w:rPr>
              <w:t>ΣΧΕΣΗ ΜΕ ΑΙΤΟΥΝΤΑ/ΟΥΣΑ:</w:t>
            </w:r>
          </w:p>
        </w:tc>
        <w:tc>
          <w:tcPr>
            <w:tcW w:w="5102" w:type="dxa"/>
          </w:tcPr>
          <w:p w14:paraId="33DF7C49" w14:textId="77777777" w:rsidR="005F1BFD" w:rsidRDefault="005704B1">
            <w:r>
              <w:t xml:space="preserve"> </w:t>
            </w:r>
          </w:p>
        </w:tc>
      </w:tr>
    </w:tbl>
    <w:p w14:paraId="34A03D0C" w14:textId="77777777" w:rsidR="005F1BFD" w:rsidRDefault="005F1BFD"/>
    <w:p w14:paraId="0252C982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Γ. ΛΟΓΟΙ ΓΙΑ ΤΟΥΣ ΟΠΟΙΟΥΣ ΕΠΙΘΥΜΩ ΤΗΝ ΕΝΤΑΞΗ ΤΟΥ ΑΤΟΜΟΥ ΣΤΗ ΔΟΜΗ ΚΗΦΗ</w:t>
      </w:r>
    </w:p>
    <w:p w14:paraId="3D093307" w14:textId="77777777" w:rsidR="005F1BFD" w:rsidRPr="00EE1AFF" w:rsidRDefault="005704B1">
      <w:pPr>
        <w:rPr>
          <w:lang w:val="el-GR"/>
        </w:rPr>
      </w:pPr>
      <w:r w:rsidRPr="00EE1AFF">
        <w:rPr>
          <w:lang w:val="el-GR"/>
        </w:rPr>
        <w:t>____________________________________________________________________________________</w:t>
      </w:r>
      <w:r w:rsidRPr="00EE1AFF">
        <w:rPr>
          <w:lang w:val="el-GR"/>
        </w:rPr>
        <w:br/>
        <w:t>____________________________________________________________________________________</w:t>
      </w:r>
      <w:r w:rsidRPr="00EE1AFF">
        <w:rPr>
          <w:lang w:val="el-GR"/>
        </w:rPr>
        <w:br/>
        <w:t>____________________________________________________________________________________</w:t>
      </w:r>
      <w:r w:rsidRPr="00EE1AFF">
        <w:rPr>
          <w:lang w:val="el-GR"/>
        </w:rPr>
        <w:br/>
        <w:t>____________________________________________________________________________________</w:t>
      </w:r>
      <w:r w:rsidRPr="00EE1AFF">
        <w:rPr>
          <w:lang w:val="el-GR"/>
        </w:rPr>
        <w:br/>
      </w:r>
    </w:p>
    <w:p w14:paraId="24F7733B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Δ. ΣΥΝΗΜΜΕΝΑ ΔΙΚΑΙΟΛΟΓΗΤΙΚΑ (Τίθεται Χ σε ό,τι υποβάλλεται)</w:t>
      </w:r>
    </w:p>
    <w:p w14:paraId="440C6730" w14:textId="77777777" w:rsidR="005F1BFD" w:rsidRPr="00EE1AFF" w:rsidRDefault="005704B1">
      <w:pPr>
        <w:pStyle w:val="a0"/>
        <w:rPr>
          <w:lang w:val="el-GR"/>
        </w:rPr>
      </w:pPr>
      <w:r w:rsidRPr="00EE1AFF">
        <w:rPr>
          <w:lang w:val="el-GR"/>
        </w:rPr>
        <w:t>ΔΙΚΑΙΟΛΟΓΗΤΙΚΑ ΕΜΜΕΣΑ ΩΦΕΛΟΥΜΕΝΟΥ/ΗΣ (ΑΤΟΜΟ ΠΟΥ ΥΠΟΒΑΛΕΙ ΤΗΝ ΑΙΤΗΣΗ - ΦΡΟΝΤΙΣΤΗΣ):</w:t>
      </w:r>
    </w:p>
    <w:p w14:paraId="2ADF8497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>☐ Αντίγραφο αστυνομικής ταυτότητας ή διαβατηρίου ή άδεια διαμονής σε ισχύ (για αλλοδαπούς τρίτων χωρών) ή ταυτότητα ομογενούς ή ΦΕΚ πολιτογράφησης</w:t>
      </w:r>
    </w:p>
    <w:p w14:paraId="621CD6BC" w14:textId="77FE06C0" w:rsidR="005F1BFD" w:rsidRPr="00EE1AFF" w:rsidRDefault="005704B1" w:rsidP="00EE1AFF">
      <w:pPr>
        <w:pStyle w:val="20"/>
        <w:rPr>
          <w:lang w:val="el-GR"/>
        </w:rPr>
      </w:pPr>
      <w:r w:rsidRPr="00EE1AFF">
        <w:rPr>
          <w:lang w:val="el-GR"/>
        </w:rPr>
        <w:lastRenderedPageBreak/>
        <w:t>☐ Αντίγραφο τελευταίου εκκαθαριστικού σημειώματος ή φορολογικής δήλωσης ή άλλο νόμιμο έγγραφο απόδειξης οικονομικής κατάστασης</w:t>
      </w:r>
    </w:p>
    <w:p w14:paraId="0766D9B8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>☐ Βεβαίωση εργοδότη για συνέχιση και είδος απασχόλησης (για μισθωτούς)</w:t>
      </w:r>
    </w:p>
    <w:p w14:paraId="0FBB1F25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>☐ Αντίγραφο δήλωσης έναρξης επιτηδεύματος στη Δ.Ο.Υ. (για αυτοαπασχολούμενους)</w:t>
      </w:r>
    </w:p>
    <w:p w14:paraId="18A683DE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>☐ Υπεύθυνη δήλωση περί μη διακοπής άσκησης επιτηδεύματος (για αυτοαπασχολούμενους)</w:t>
      </w:r>
    </w:p>
    <w:p w14:paraId="471DA2AE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 xml:space="preserve">☐ Βεβαίωση ασφάλισης σε περίπτωση </w:t>
      </w:r>
      <w:proofErr w:type="spellStart"/>
      <w:r w:rsidRPr="00EE1AFF">
        <w:rPr>
          <w:lang w:val="el-GR"/>
        </w:rPr>
        <w:t>αυτοαπασχόλησης</w:t>
      </w:r>
      <w:proofErr w:type="spellEnd"/>
      <w:r w:rsidRPr="00EE1AFF">
        <w:rPr>
          <w:lang w:val="el-GR"/>
        </w:rPr>
        <w:t xml:space="preserve"> στον πρωτογενή τομέα</w:t>
      </w:r>
    </w:p>
    <w:p w14:paraId="56F6CE8B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 xml:space="preserve">☐ Βεβαίωση Υγειονομικής Επιτροπής / ΚΕΠΑ εφόσον ο αιτών ανήκει σε </w:t>
      </w:r>
      <w:proofErr w:type="spellStart"/>
      <w:r w:rsidRPr="00EE1AFF">
        <w:rPr>
          <w:lang w:val="el-GR"/>
        </w:rPr>
        <w:t>ΑμεΑ</w:t>
      </w:r>
      <w:proofErr w:type="spellEnd"/>
      <w:r w:rsidRPr="00EE1AFF">
        <w:rPr>
          <w:lang w:val="el-GR"/>
        </w:rPr>
        <w:t xml:space="preserve"> ή οικογένεια με </w:t>
      </w:r>
      <w:proofErr w:type="spellStart"/>
      <w:r w:rsidRPr="00EE1AFF">
        <w:rPr>
          <w:lang w:val="el-GR"/>
        </w:rPr>
        <w:t>ΑμεΑ</w:t>
      </w:r>
      <w:proofErr w:type="spellEnd"/>
    </w:p>
    <w:p w14:paraId="555E8276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>☐ Επίσημο αντίγραφο Δελτίου Ανεργίας σε ισχύ και Βεβαίωση Εξατομικευμένης Προσέγγισης ΔΥΠΑ (εφόσον άνεργος)</w:t>
      </w:r>
    </w:p>
    <w:p w14:paraId="25BFCC26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>☐ Υπεύθυνη δήλωση του έμμεσα ωφελούμενου ότι είναι επιφορτισμένος με τη φροντίδα του άμεσα ωφελούμενου</w:t>
      </w:r>
    </w:p>
    <w:p w14:paraId="4A079B21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>☐ Βεβαίωση ιατρού ότι ο άμεσα ωφελούμενος δεν πάσχει από μεταδοτικό νόσημα (για προστασία φιλοξενούμενων)</w:t>
      </w:r>
    </w:p>
    <w:p w14:paraId="20D72C37" w14:textId="77777777" w:rsidR="005F1BFD" w:rsidRPr="00EE1AFF" w:rsidRDefault="005704B1">
      <w:pPr>
        <w:pStyle w:val="a0"/>
        <w:rPr>
          <w:lang w:val="el-GR"/>
        </w:rPr>
      </w:pPr>
      <w:r w:rsidRPr="00EE1AFF">
        <w:rPr>
          <w:lang w:val="el-GR"/>
        </w:rPr>
        <w:t>ΔΙΚΑΙΟΛΟΓΗΤΙΚΑ ΑΜΕΣΑ ΩΦΕΛΟΥΜΕΝΟΥ/ΗΣ (ΗΛΙΚΙΩΜΕΝΟΣ/Η):</w:t>
      </w:r>
    </w:p>
    <w:p w14:paraId="79C7EAAE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>☐ Αντίγραφο αστυνομικής ταυτότητας ή διαβατηρίου ή άδεια διαμονής σε ισχύ ή ταυτότητα ομογενούς ή ΦΕΚ πολιτογράφησης</w:t>
      </w:r>
    </w:p>
    <w:p w14:paraId="058317F7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>☐ Αντίγραφο τελευταίου εκκαθαριστικού ή φορολογικής δήλωσης ή άλλο νόμιμο έγγραφο</w:t>
      </w:r>
    </w:p>
    <w:p w14:paraId="113B10DC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>☐ Βεβαίωση ιατρού ότι ο ωφελούμενος δεν πάσχει από μεταδοτικό νόσημα</w:t>
      </w:r>
    </w:p>
    <w:p w14:paraId="573E8774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 xml:space="preserve">☐ </w:t>
      </w:r>
      <w:proofErr w:type="spellStart"/>
      <w:r w:rsidRPr="00EE1AFF">
        <w:rPr>
          <w:lang w:val="el-GR"/>
        </w:rPr>
        <w:t>Διαζευκτήριο</w:t>
      </w:r>
      <w:proofErr w:type="spellEnd"/>
      <w:r w:rsidRPr="00EE1AFF">
        <w:rPr>
          <w:lang w:val="el-GR"/>
        </w:rPr>
        <w:t xml:space="preserve"> ή άλλο νόμιμο δικαιολογητικό (εφόσον δηλώνεται διαζευγμένος)</w:t>
      </w:r>
    </w:p>
    <w:p w14:paraId="14DF5AFD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>☐ Υπεύθυνη δήλωση ότι ζει μόνος/η (εφόσον ισχύει)</w:t>
      </w:r>
    </w:p>
    <w:p w14:paraId="57B25A53" w14:textId="77777777" w:rsidR="005F1BFD" w:rsidRPr="00EE1AFF" w:rsidRDefault="005704B1">
      <w:pPr>
        <w:pStyle w:val="20"/>
        <w:rPr>
          <w:lang w:val="el-GR"/>
        </w:rPr>
      </w:pPr>
      <w:r w:rsidRPr="00EE1AFF">
        <w:rPr>
          <w:lang w:val="el-GR"/>
        </w:rPr>
        <w:t>☐ Γνωμάτευση ιατρού για μερική ή μη αυτοεξυπηρέτηση και αντίγραφο απόφασης Υγειονομικής Επιτροπής / ΚΕΠΑ (εφόσον υπάρχει)</w:t>
      </w:r>
    </w:p>
    <w:p w14:paraId="63765CA4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br/>
        <w:t xml:space="preserve">Ε. ΥΠΕΥΘΥΝΗ ΔΗΛΩΣΗ - ΔΗΛΩΣΗ ΛΗΨΗΣ ΓΝΩΣΗΣ </w:t>
      </w:r>
      <w:r>
        <w:rPr>
          <w:b/>
          <w:color w:val="005199"/>
        </w:rPr>
        <w:t>GDPR</w:t>
      </w:r>
      <w:r w:rsidRPr="00EE1AFF">
        <w:rPr>
          <w:b/>
          <w:color w:val="005199"/>
          <w:lang w:val="el-GR"/>
        </w:rPr>
        <w:t xml:space="preserve"> (άρθρο 13)</w:t>
      </w:r>
    </w:p>
    <w:p w14:paraId="4ECCDE36" w14:textId="77777777" w:rsidR="005F1BFD" w:rsidRPr="00EE1AFF" w:rsidRDefault="005704B1">
      <w:pPr>
        <w:rPr>
          <w:lang w:val="el-GR"/>
        </w:rPr>
      </w:pPr>
      <w:r w:rsidRPr="00EE1AFF">
        <w:rPr>
          <w:lang w:val="el-GR"/>
        </w:rPr>
        <w:t>Με την παρούσα αίτηση:</w:t>
      </w:r>
      <w:r w:rsidRPr="00EE1AFF">
        <w:rPr>
          <w:lang w:val="el-GR"/>
        </w:rPr>
        <w:br/>
        <w:t>1. Αιτούμαι και υποβάλλω συνημμένα δικαιολογητικά για την παροχή υπηρεσιών του αναφερόμενου στην Αίτηση ατόμου (άμεσα ωφελούμενου) από τη Δομή ΚΗΦΗ του Δήμου Καβάλας.</w:t>
      </w:r>
      <w:r w:rsidRPr="00EE1AFF">
        <w:rPr>
          <w:lang w:val="el-GR"/>
        </w:rPr>
        <w:br/>
        <w:t>2. Δηλώνω υπεύθυνα ότι δεν λαμβάνω και δεν θα λαμβάνω υπηρεσίες από άλλη αντίστοιχη δομή ΚΗΦΗ κατά το ίδιο χρονικό διάστημα.</w:t>
      </w:r>
      <w:r w:rsidRPr="00EE1AFF">
        <w:rPr>
          <w:lang w:val="el-GR"/>
        </w:rPr>
        <w:br/>
        <w:t>3. Δηλώνω ότι τα υποβαλλόμενα στοιχεία είναι αληθή και ακριβή.</w:t>
      </w:r>
      <w:r w:rsidRPr="00EE1AFF">
        <w:rPr>
          <w:lang w:val="el-GR"/>
        </w:rPr>
        <w:br/>
        <w:t>4. Δηλώνω ότι έλαβα γνώση της συνημμένης Ενημέρωσης για την επεξεργασία προσωπικών δεδομένων σύμφωνα με το άρθρο 13 του Κανονισμού (ΕΕ) 2016/679 (ΓΚΠΔ), η οποία αποτελεί αναπόσπαστο μέρος της παρούσας αίτησης.</w:t>
      </w:r>
      <w:r w:rsidRPr="00EE1AFF">
        <w:rPr>
          <w:lang w:val="el-GR"/>
        </w:rPr>
        <w:br/>
      </w:r>
      <w:r w:rsidRPr="00EE1AFF">
        <w:rPr>
          <w:lang w:val="el-GR"/>
        </w:rPr>
        <w:lastRenderedPageBreak/>
        <w:t>5. Γνωρίζω ότι έχω δικαίωμα ανάκλησης της αίτησής μου ανά πάσα στιγμή, χωρίς αναδρομική ισχύ.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5F1BFD" w14:paraId="744E1FAA" w14:textId="77777777">
        <w:trPr>
          <w:jc w:val="center"/>
        </w:trPr>
        <w:tc>
          <w:tcPr>
            <w:tcW w:w="4320" w:type="dxa"/>
          </w:tcPr>
          <w:p w14:paraId="2475A745" w14:textId="77777777" w:rsidR="005F1BFD" w:rsidRDefault="005704B1">
            <w:r>
              <w:t>Καβ</w:t>
            </w:r>
            <w:proofErr w:type="spellStart"/>
            <w:r>
              <w:t>άλ</w:t>
            </w:r>
            <w:proofErr w:type="spellEnd"/>
            <w:r>
              <w:t>α, ____/____/2026</w:t>
            </w:r>
          </w:p>
        </w:tc>
        <w:tc>
          <w:tcPr>
            <w:tcW w:w="4320" w:type="dxa"/>
          </w:tcPr>
          <w:p w14:paraId="509EB9E3" w14:textId="77777777" w:rsidR="005F1BFD" w:rsidRDefault="005704B1">
            <w:r>
              <w:t>Ο/Η ΑΙΤΩΝ/ΟΥΣΑ</w:t>
            </w:r>
          </w:p>
        </w:tc>
      </w:tr>
      <w:tr w:rsidR="005F1BFD" w14:paraId="4C451D86" w14:textId="77777777">
        <w:trPr>
          <w:jc w:val="center"/>
        </w:trPr>
        <w:tc>
          <w:tcPr>
            <w:tcW w:w="4320" w:type="dxa"/>
          </w:tcPr>
          <w:p w14:paraId="7421B3AB" w14:textId="77777777" w:rsidR="005F1BFD" w:rsidRDefault="005704B1">
            <w:r>
              <w:t>(υπ</w:t>
            </w:r>
            <w:proofErr w:type="spellStart"/>
            <w:r>
              <w:t>ογρ</w:t>
            </w:r>
            <w:proofErr w:type="spellEnd"/>
            <w:r>
              <w:t>αφή)</w:t>
            </w:r>
          </w:p>
        </w:tc>
        <w:tc>
          <w:tcPr>
            <w:tcW w:w="4320" w:type="dxa"/>
          </w:tcPr>
          <w:p w14:paraId="4BF68B26" w14:textId="77777777" w:rsidR="005F1BFD" w:rsidRDefault="005704B1">
            <w:proofErr w:type="spellStart"/>
            <w:r>
              <w:t>Ολογράφως</w:t>
            </w:r>
            <w:proofErr w:type="spellEnd"/>
            <w:r>
              <w:t>: _________________________</w:t>
            </w:r>
          </w:p>
        </w:tc>
      </w:tr>
    </w:tbl>
    <w:p w14:paraId="128A8D07" w14:textId="77777777" w:rsidR="005F1BFD" w:rsidRDefault="005704B1">
      <w:r>
        <w:br w:type="page"/>
      </w:r>
    </w:p>
    <w:p w14:paraId="6850F5DF" w14:textId="77777777" w:rsidR="005F1BFD" w:rsidRPr="00EE1AFF" w:rsidRDefault="005704B1">
      <w:pPr>
        <w:jc w:val="center"/>
        <w:rPr>
          <w:lang w:val="el-GR"/>
        </w:rPr>
      </w:pPr>
      <w:r w:rsidRPr="00EE1AFF">
        <w:rPr>
          <w:b/>
          <w:sz w:val="26"/>
          <w:lang w:val="el-GR"/>
        </w:rPr>
        <w:lastRenderedPageBreak/>
        <w:t>ΠΑΡΑΡΤΗΜΑ - ΕΝΗΜΕΡΩΣΗ ΓΙΑ ΤΗΝ ΕΠΕΞΕΡΓΑΣΙΑ ΠΡΟΣΩΠΙΚΩΝ ΔΕΔΟΜΕΝΩΝ</w:t>
      </w:r>
      <w:r w:rsidRPr="00EE1AFF">
        <w:rPr>
          <w:b/>
          <w:sz w:val="26"/>
          <w:lang w:val="el-GR"/>
        </w:rPr>
        <w:br/>
        <w:t>σύμφωνα με το άρθρο 13 του Κανονισμού (ΕΕ) 2016/679 (ΓΚΠΔ)</w:t>
      </w:r>
      <w:r w:rsidRPr="00EE1AFF">
        <w:rPr>
          <w:b/>
          <w:sz w:val="26"/>
          <w:lang w:val="el-GR"/>
        </w:rPr>
        <w:br/>
      </w:r>
    </w:p>
    <w:p w14:paraId="04F54BED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1. Υπεύθυνος Επεξεργασίας</w:t>
      </w:r>
    </w:p>
    <w:p w14:paraId="516E6364" w14:textId="77777777" w:rsidR="005F1BFD" w:rsidRPr="00EE1AFF" w:rsidRDefault="005704B1">
      <w:pPr>
        <w:spacing w:after="160"/>
        <w:rPr>
          <w:lang w:val="el-GR"/>
        </w:rPr>
      </w:pPr>
      <w:r w:rsidRPr="00EE1AFF">
        <w:rPr>
          <w:lang w:val="el-GR"/>
        </w:rPr>
        <w:t xml:space="preserve">Υπεύθυνος Επεξεργασίας είναι ο Δήμος Καβάλας, Οργανισμός Τοπικής Αυτοδιοίκησης Α' βαθμού, με έδρα οδός Κύπρου 10, Τ.Κ. 65403 Καβάλα, Α.Φ.Μ. 997582067, </w:t>
      </w:r>
      <w:proofErr w:type="spellStart"/>
      <w:r w:rsidRPr="00EE1AFF">
        <w:rPr>
          <w:lang w:val="el-GR"/>
        </w:rPr>
        <w:t>τηλ</w:t>
      </w:r>
      <w:proofErr w:type="spellEnd"/>
      <w:r w:rsidRPr="00EE1AFF">
        <w:rPr>
          <w:lang w:val="el-GR"/>
        </w:rPr>
        <w:t xml:space="preserve">. 2513 500000, </w:t>
      </w:r>
      <w:r>
        <w:t>email</w:t>
      </w:r>
      <w:r w:rsidRPr="00EE1AFF">
        <w:rPr>
          <w:lang w:val="el-GR"/>
        </w:rPr>
        <w:t xml:space="preserve">: </w:t>
      </w:r>
      <w:r>
        <w:t>mayor</w:t>
      </w:r>
      <w:r w:rsidRPr="00EE1AFF">
        <w:rPr>
          <w:lang w:val="el-GR"/>
        </w:rPr>
        <w:t>@</w:t>
      </w:r>
      <w:proofErr w:type="spellStart"/>
      <w:r>
        <w:t>kavala</w:t>
      </w:r>
      <w:proofErr w:type="spellEnd"/>
      <w:r w:rsidRPr="00EE1AFF">
        <w:rPr>
          <w:lang w:val="el-GR"/>
        </w:rPr>
        <w:t>.</w:t>
      </w:r>
      <w:r>
        <w:t>gov</w:t>
      </w:r>
      <w:r w:rsidRPr="00EE1AFF">
        <w:rPr>
          <w:lang w:val="el-GR"/>
        </w:rPr>
        <w:t>.</w:t>
      </w:r>
      <w:r>
        <w:t>gr</w:t>
      </w:r>
      <w:r w:rsidRPr="00EE1AFF">
        <w:rPr>
          <w:lang w:val="el-GR"/>
        </w:rPr>
        <w:t xml:space="preserve"> (Γενικό Πρωτόκολλο).</w:t>
      </w:r>
      <w:r w:rsidRPr="00EE1AFF">
        <w:rPr>
          <w:lang w:val="el-GR"/>
        </w:rPr>
        <w:br/>
        <w:t>Αρμόδια Υπηρεσία: Διεύθυνση Κοινωνικής Προστασίας, Παιδείας, Πολιτισμού και Αθλητισμού - Τμήμα Κοινωνικών Υπηρεσιών / Δομές ΚΗΦΗ.</w:t>
      </w:r>
    </w:p>
    <w:p w14:paraId="12E7D82F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2. Στοιχεία επικοινωνίας Υπευθύνου Προστασίας Δεδομένων (</w:t>
      </w:r>
      <w:r>
        <w:rPr>
          <w:b/>
          <w:color w:val="005199"/>
        </w:rPr>
        <w:t>DPO</w:t>
      </w:r>
      <w:r w:rsidRPr="00EE1AFF">
        <w:rPr>
          <w:b/>
          <w:color w:val="005199"/>
          <w:lang w:val="el-GR"/>
        </w:rPr>
        <w:t>)</w:t>
      </w:r>
    </w:p>
    <w:p w14:paraId="635D4948" w14:textId="77777777" w:rsidR="005F1BFD" w:rsidRPr="00EE1AFF" w:rsidRDefault="005704B1">
      <w:pPr>
        <w:spacing w:after="160"/>
        <w:rPr>
          <w:lang w:val="el-GR"/>
        </w:rPr>
      </w:pPr>
      <w:r w:rsidRPr="00EE1AFF">
        <w:rPr>
          <w:lang w:val="el-GR"/>
        </w:rPr>
        <w:t xml:space="preserve">Εξωτερικός </w:t>
      </w:r>
      <w:r>
        <w:t>DPO</w:t>
      </w:r>
      <w:r w:rsidRPr="00EE1AFF">
        <w:rPr>
          <w:lang w:val="el-GR"/>
        </w:rPr>
        <w:t xml:space="preserve"> Δήμου Καβάλας: </w:t>
      </w:r>
      <w:r>
        <w:t>AQS</w:t>
      </w:r>
      <w:r w:rsidRPr="00EE1AFF">
        <w:rPr>
          <w:lang w:val="el-GR"/>
        </w:rPr>
        <w:t xml:space="preserve"> </w:t>
      </w:r>
      <w:r>
        <w:t>ADVANCED</w:t>
      </w:r>
      <w:r w:rsidRPr="00EE1AFF">
        <w:rPr>
          <w:lang w:val="el-GR"/>
        </w:rPr>
        <w:t xml:space="preserve"> </w:t>
      </w:r>
      <w:r>
        <w:t>QUALITY</w:t>
      </w:r>
      <w:r w:rsidRPr="00EE1AFF">
        <w:rPr>
          <w:lang w:val="el-GR"/>
        </w:rPr>
        <w:t xml:space="preserve"> </w:t>
      </w:r>
      <w:r>
        <w:t>SERVICES</w:t>
      </w:r>
      <w:r w:rsidRPr="00EE1AFF">
        <w:rPr>
          <w:lang w:val="el-GR"/>
        </w:rPr>
        <w:t xml:space="preserve"> Α.Ε.</w:t>
      </w:r>
      <w:r w:rsidRPr="00EE1AFF">
        <w:rPr>
          <w:lang w:val="el-GR"/>
        </w:rPr>
        <w:br/>
        <w:t>Διεύθυνση: Τυρνάβου και Σαρανταπόρου 1Α, Τ.Κ. 14565 Άγιος Στέφανος Αττικής</w:t>
      </w:r>
      <w:r w:rsidRPr="00EE1AFF">
        <w:rPr>
          <w:lang w:val="el-GR"/>
        </w:rPr>
        <w:br/>
      </w:r>
      <w:proofErr w:type="spellStart"/>
      <w:r w:rsidRPr="00EE1AFF">
        <w:rPr>
          <w:lang w:val="el-GR"/>
        </w:rPr>
        <w:t>Τηλ</w:t>
      </w:r>
      <w:proofErr w:type="spellEnd"/>
      <w:r w:rsidRPr="00EE1AFF">
        <w:rPr>
          <w:lang w:val="el-GR"/>
        </w:rPr>
        <w:t>.: 210 6216997-8</w:t>
      </w:r>
      <w:r w:rsidRPr="00EE1AFF">
        <w:rPr>
          <w:lang w:val="el-GR"/>
        </w:rPr>
        <w:br/>
      </w:r>
      <w:r>
        <w:t>Email</w:t>
      </w:r>
      <w:r w:rsidRPr="00EE1AFF">
        <w:rPr>
          <w:lang w:val="el-GR"/>
        </w:rPr>
        <w:t xml:space="preserve"> </w:t>
      </w:r>
      <w:r>
        <w:t>DPO</w:t>
      </w:r>
      <w:r w:rsidRPr="00EE1AFF">
        <w:rPr>
          <w:lang w:val="el-GR"/>
        </w:rPr>
        <w:t xml:space="preserve">: </w:t>
      </w:r>
      <w:proofErr w:type="spellStart"/>
      <w:r>
        <w:t>aqs</w:t>
      </w:r>
      <w:proofErr w:type="spellEnd"/>
      <w:r w:rsidRPr="00EE1AFF">
        <w:rPr>
          <w:lang w:val="el-GR"/>
        </w:rPr>
        <w:t>@</w:t>
      </w:r>
      <w:proofErr w:type="spellStart"/>
      <w:r>
        <w:t>aqs</w:t>
      </w:r>
      <w:proofErr w:type="spellEnd"/>
      <w:r w:rsidRPr="00EE1AFF">
        <w:rPr>
          <w:lang w:val="el-GR"/>
        </w:rPr>
        <w:t>.</w:t>
      </w:r>
      <w:r>
        <w:t>gr</w:t>
      </w:r>
      <w:r w:rsidRPr="00EE1AFF">
        <w:rPr>
          <w:lang w:val="el-GR"/>
        </w:rPr>
        <w:br/>
        <w:t xml:space="preserve">Κεντρικό </w:t>
      </w:r>
      <w:r>
        <w:t>email</w:t>
      </w:r>
      <w:r w:rsidRPr="00EE1AFF">
        <w:rPr>
          <w:lang w:val="el-GR"/>
        </w:rPr>
        <w:t xml:space="preserve"> Δήμου για θέματα προστασίας δεδομένων: </w:t>
      </w:r>
      <w:proofErr w:type="spellStart"/>
      <w:r>
        <w:t>dpo</w:t>
      </w:r>
      <w:proofErr w:type="spellEnd"/>
      <w:r w:rsidRPr="00EE1AFF">
        <w:rPr>
          <w:lang w:val="el-GR"/>
        </w:rPr>
        <w:t>@</w:t>
      </w:r>
      <w:proofErr w:type="spellStart"/>
      <w:r>
        <w:t>kavala</w:t>
      </w:r>
      <w:proofErr w:type="spellEnd"/>
      <w:r w:rsidRPr="00EE1AFF">
        <w:rPr>
          <w:lang w:val="el-GR"/>
        </w:rPr>
        <w:t>.</w:t>
      </w:r>
      <w:r>
        <w:t>gov</w:t>
      </w:r>
      <w:r w:rsidRPr="00EE1AFF">
        <w:rPr>
          <w:lang w:val="el-GR"/>
        </w:rPr>
        <w:t>.</w:t>
      </w:r>
      <w:r>
        <w:t>gr</w:t>
      </w:r>
      <w:r w:rsidRPr="00EE1AFF">
        <w:rPr>
          <w:lang w:val="el-GR"/>
        </w:rPr>
        <w:br/>
        <w:t xml:space="preserve">Ταχυδρομικώς: Γραφείο </w:t>
      </w:r>
      <w:r>
        <w:t>DPO</w:t>
      </w:r>
      <w:r w:rsidRPr="00EE1AFF">
        <w:rPr>
          <w:lang w:val="el-GR"/>
        </w:rPr>
        <w:t>, Δήμος Καβάλας, Κύπρου 10, 65403 Καβάλα, με ένδειξη «Προσωπικά Δεδομένα - ΚΗΦΗ».</w:t>
      </w:r>
    </w:p>
    <w:p w14:paraId="0CD13091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3. Σκοποί επεξεργασίας</w:t>
      </w:r>
    </w:p>
    <w:p w14:paraId="5040E33F" w14:textId="77777777" w:rsidR="005F1BFD" w:rsidRPr="00EE1AFF" w:rsidRDefault="005704B1">
      <w:pPr>
        <w:spacing w:after="160"/>
        <w:rPr>
          <w:lang w:val="el-GR"/>
        </w:rPr>
      </w:pPr>
      <w:r w:rsidRPr="00EE1AFF">
        <w:rPr>
          <w:lang w:val="el-GR"/>
        </w:rPr>
        <w:t>α) Παραλαβή, πρωτοκόλληση, έλεγχος πληρότητας και αξιολόγηση αίτησης συμμετοχής στο ΚΗΦΗ,</w:t>
      </w:r>
      <w:r w:rsidRPr="00EE1AFF">
        <w:rPr>
          <w:lang w:val="el-GR"/>
        </w:rPr>
        <w:br/>
        <w:t xml:space="preserve">β) Εξακρίβωση συνδρομής προϋποθέσεων ένταξης και </w:t>
      </w:r>
      <w:proofErr w:type="spellStart"/>
      <w:r w:rsidRPr="00EE1AFF">
        <w:rPr>
          <w:lang w:val="el-GR"/>
        </w:rPr>
        <w:t>μοριοδότησης</w:t>
      </w:r>
      <w:proofErr w:type="spellEnd"/>
      <w:r w:rsidRPr="00EE1AFF">
        <w:rPr>
          <w:lang w:val="el-GR"/>
        </w:rPr>
        <w:t xml:space="preserve"> σύμφωνα με Κανονισμό Λειτουργίας,</w:t>
      </w:r>
      <w:r w:rsidRPr="00EE1AFF">
        <w:rPr>
          <w:lang w:val="el-GR"/>
        </w:rPr>
        <w:br/>
        <w:t>γ) Οργάνωση, παροχή, παρακολούθηση και αξιολόγηση υπηρεσιών ημερήσιας φροντίδας ηλικιωμένων,</w:t>
      </w:r>
      <w:r w:rsidRPr="00EE1AFF">
        <w:rPr>
          <w:lang w:val="el-GR"/>
        </w:rPr>
        <w:br/>
        <w:t>δ) Επικοινωνία με αιτούντα/νόμιμο εκπρόσωπο,</w:t>
      </w:r>
      <w:r w:rsidRPr="00EE1AFF">
        <w:rPr>
          <w:lang w:val="el-GR"/>
        </w:rPr>
        <w:br/>
        <w:t>ε) Εκπλήρωση διοικητικών, οικονομικών, ελεγκτικών, αρχειακών υποχρεώσεων και υποχρεώσεων λογοδοσίας έναντι φορέων χρηματοδότησης.</w:t>
      </w:r>
    </w:p>
    <w:p w14:paraId="645AC70B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4. Νομικές βάσεις επεξεργασίας</w:t>
      </w:r>
    </w:p>
    <w:p w14:paraId="0992E510" w14:textId="2D3FB72F" w:rsidR="005F1BFD" w:rsidRPr="00EE1AFF" w:rsidRDefault="005704B1">
      <w:pPr>
        <w:spacing w:after="160"/>
        <w:rPr>
          <w:lang w:val="el-GR"/>
        </w:rPr>
      </w:pPr>
      <w:r w:rsidRPr="00EE1AFF">
        <w:rPr>
          <w:lang w:val="el-GR"/>
        </w:rPr>
        <w:t>4.1 Για τα απλά δεδομένα (άρθρο 6 ΓΚΠΔ):</w:t>
      </w:r>
      <w:r w:rsidRPr="00EE1AFF">
        <w:rPr>
          <w:lang w:val="el-GR"/>
        </w:rPr>
        <w:br/>
        <w:t xml:space="preserve">- Άρθρο 6 παρ.1 </w:t>
      </w:r>
      <w:proofErr w:type="spellStart"/>
      <w:r w:rsidRPr="00EE1AFF">
        <w:rPr>
          <w:lang w:val="el-GR"/>
        </w:rPr>
        <w:t>στοιχ</w:t>
      </w:r>
      <w:proofErr w:type="spellEnd"/>
      <w:r w:rsidRPr="00EE1AFF">
        <w:rPr>
          <w:lang w:val="el-GR"/>
        </w:rPr>
        <w:t>. γ' ΓΚΠΔ: συμμόρφωση με έννομη υποχρέωση</w:t>
      </w:r>
      <w:r w:rsidRPr="00EE1AFF">
        <w:rPr>
          <w:lang w:val="el-GR"/>
        </w:rPr>
        <w:br/>
        <w:t xml:space="preserve">- Άρθρο 6 παρ.1 </w:t>
      </w:r>
      <w:proofErr w:type="spellStart"/>
      <w:r w:rsidRPr="00EE1AFF">
        <w:rPr>
          <w:lang w:val="el-GR"/>
        </w:rPr>
        <w:t>στοιχ</w:t>
      </w:r>
      <w:proofErr w:type="spellEnd"/>
      <w:r w:rsidRPr="00EE1AFF">
        <w:rPr>
          <w:lang w:val="el-GR"/>
        </w:rPr>
        <w:t>. ε' ΓΚΠΔ: εκπλήρωση καθήκοντος δημοσίου συμφέροντος / άσκηση δημόσιας εξουσίας</w:t>
      </w:r>
      <w:r w:rsidRPr="00EE1AFF">
        <w:rPr>
          <w:lang w:val="el-GR"/>
        </w:rPr>
        <w:br/>
        <w:t xml:space="preserve">Ειδικότερες εθνικές διατάξεις: άρθρο 75 παρ. </w:t>
      </w:r>
      <w:r>
        <w:t>I</w:t>
      </w:r>
      <w:r w:rsidRPr="00EE1AFF">
        <w:rPr>
          <w:lang w:val="el-GR"/>
        </w:rPr>
        <w:t xml:space="preserve"> περ. ε' Ν.3463/2006 (ΚΔΚ), άρθρα 75, 94 Ν.3852/2010 (Καλλικράτης</w:t>
      </w:r>
      <w:r w:rsidRPr="00477B62">
        <w:rPr>
          <w:lang w:val="el-GR"/>
        </w:rPr>
        <w:t xml:space="preserve">), </w:t>
      </w:r>
      <w:r w:rsidR="00966F7E" w:rsidRPr="00966F7E">
        <w:rPr>
          <w:lang w:val="el-GR"/>
        </w:rPr>
        <w:t>Π1γ/ΑΓΠ/οικ.14963/2001</w:t>
      </w:r>
      <w:r w:rsidRPr="00EE1AFF">
        <w:rPr>
          <w:lang w:val="el-GR"/>
        </w:rPr>
        <w:t xml:space="preserve"> όπως τροποποιήθηκε, Ν.4445/2016, Ν.4837/2021, Κανονισμός Λειτουργίας ΚΗΦΗ Δήμου Καβάλας, απόφαση ένταξης σε ΠΕΠ ΑΜΘ/ΕΣΠΑ.</w:t>
      </w:r>
      <w:r w:rsidRPr="00EE1AFF">
        <w:rPr>
          <w:lang w:val="el-GR"/>
        </w:rPr>
        <w:br/>
      </w:r>
      <w:r w:rsidRPr="00EE1AFF">
        <w:rPr>
          <w:lang w:val="el-GR"/>
        </w:rPr>
        <w:br/>
      </w:r>
      <w:r w:rsidRPr="00EE1AFF">
        <w:rPr>
          <w:lang w:val="el-GR"/>
        </w:rPr>
        <w:lastRenderedPageBreak/>
        <w:t>4.2 Για ειδικές κατηγορίες - δεδομένα υγείας (άρθρο 9 ΓΚΠΔ):</w:t>
      </w:r>
      <w:r w:rsidRPr="00EE1AFF">
        <w:rPr>
          <w:lang w:val="el-GR"/>
        </w:rPr>
        <w:br/>
        <w:t xml:space="preserve">- Άρθρο 9 παρ.2 </w:t>
      </w:r>
      <w:proofErr w:type="spellStart"/>
      <w:r w:rsidRPr="00EE1AFF">
        <w:rPr>
          <w:lang w:val="el-GR"/>
        </w:rPr>
        <w:t>στοιχ</w:t>
      </w:r>
      <w:proofErr w:type="spellEnd"/>
      <w:r w:rsidRPr="00EE1AFF">
        <w:rPr>
          <w:lang w:val="el-GR"/>
        </w:rPr>
        <w:t>. η' ΓΚΠΔ: παροχή υπηρεσιών κοινωνικής φροντίδας</w:t>
      </w:r>
      <w:r w:rsidRPr="00EE1AFF">
        <w:rPr>
          <w:lang w:val="el-GR"/>
        </w:rPr>
        <w:br/>
        <w:t xml:space="preserve">- Άρθρο 9 παρ.2 </w:t>
      </w:r>
      <w:proofErr w:type="spellStart"/>
      <w:r w:rsidRPr="00EE1AFF">
        <w:rPr>
          <w:lang w:val="el-GR"/>
        </w:rPr>
        <w:t>στοιχ</w:t>
      </w:r>
      <w:proofErr w:type="spellEnd"/>
      <w:r w:rsidRPr="00EE1AFF">
        <w:rPr>
          <w:lang w:val="el-GR"/>
        </w:rPr>
        <w:t>. ζ' ΓΚΠΔ: ουσιαστικό δημόσιο συμφέρον στον τομέα κοινωνικής προστασίας</w:t>
      </w:r>
      <w:r w:rsidRPr="00EE1AFF">
        <w:rPr>
          <w:lang w:val="el-GR"/>
        </w:rPr>
        <w:br/>
        <w:t xml:space="preserve">- Άρθρο 9 παρ.2 </w:t>
      </w:r>
      <w:proofErr w:type="spellStart"/>
      <w:r w:rsidRPr="00EE1AFF">
        <w:rPr>
          <w:lang w:val="el-GR"/>
        </w:rPr>
        <w:t>στοιχ</w:t>
      </w:r>
      <w:proofErr w:type="spellEnd"/>
      <w:r w:rsidRPr="00EE1AFF">
        <w:rPr>
          <w:lang w:val="el-GR"/>
        </w:rPr>
        <w:t>. γ' ΓΚΠΔ: προστασία ζωτικών συμφερόντων (μόνο σε έκτακτη ανάγκη υγείας)</w:t>
      </w:r>
      <w:r w:rsidRPr="00EE1AFF">
        <w:rPr>
          <w:lang w:val="el-GR"/>
        </w:rPr>
        <w:br/>
        <w:t xml:space="preserve">- Άρθρο 9 παρ.3 ΓΚΠΔ </w:t>
      </w:r>
      <w:r w:rsidRPr="00966F7E">
        <w:rPr>
          <w:lang w:val="el-GR"/>
        </w:rPr>
        <w:t xml:space="preserve">+ άρθρο </w:t>
      </w:r>
      <w:r w:rsidR="00966F7E" w:rsidRPr="00966F7E">
        <w:rPr>
          <w:lang w:val="el-GR"/>
        </w:rPr>
        <w:t>22</w:t>
      </w:r>
      <w:r w:rsidRPr="00EE1AFF">
        <w:rPr>
          <w:lang w:val="el-GR"/>
        </w:rPr>
        <w:t xml:space="preserve"> Ν.4624/2019: επεξεργασία από επαγγελματία υγείας/κοινωνικό λειτουργό υπό καθήκον απορρήτου</w:t>
      </w:r>
      <w:r w:rsidRPr="00EE1AFF">
        <w:rPr>
          <w:lang w:val="el-GR"/>
        </w:rPr>
        <w:br/>
        <w:t>Διευκρίνιση: Η επεξεργασία δεν βασίζεται σε συγκατάθεση 6(1)(α) ή 9(2)(α) για την κύρια παροχή.</w:t>
      </w:r>
    </w:p>
    <w:p w14:paraId="636A5826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5. Κατηγορίες προσωπικών δεδομένων</w:t>
      </w:r>
    </w:p>
    <w:p w14:paraId="01C492A2" w14:textId="77777777" w:rsidR="005F1BFD" w:rsidRPr="00EE1AFF" w:rsidRDefault="005704B1">
      <w:pPr>
        <w:spacing w:after="160"/>
        <w:rPr>
          <w:lang w:val="el-GR"/>
        </w:rPr>
      </w:pPr>
      <w:r w:rsidRPr="00EE1AFF">
        <w:rPr>
          <w:lang w:val="el-GR"/>
        </w:rPr>
        <w:t xml:space="preserve">5.1 Απλά δεδομένα (άρθρο 6): ταυτοποίησης (ονοματεπώνυμο, πατρώνυμο, ΑΔΤ/διαβατήριο/άδεια διαμονής), φορολογικά/ασφαλιστικά (ΑΦΜ, ΑΜΚΑ, ασφαλιστικός φορέας), επικοινωνίας (διεύθυνση, Τ.Κ., τηλέφωνα, </w:t>
      </w:r>
      <w:r>
        <w:t>email</w:t>
      </w:r>
      <w:r w:rsidRPr="00EE1AFF">
        <w:rPr>
          <w:lang w:val="el-GR"/>
        </w:rPr>
        <w:t>), οικογενειακή/κοινωνική/επαγγελματική/οικονομική κατάσταση (πιστοποιητικό οικογενειακής κατάστασης, εκκαθαριστικό, βεβαιώσεις εργοδότη, ΔΥΠΑ κ.λπ.).</w:t>
      </w:r>
      <w:r w:rsidRPr="00EE1AFF">
        <w:rPr>
          <w:lang w:val="el-GR"/>
        </w:rPr>
        <w:br/>
        <w:t>5.2 Ειδικές κατηγορίες (άρθρο 9): δεδομένα υγείας και κοινωνικής φροντίδας (βεβαιώσεις ιατρού περί μη μεταδοτικού νοσήματος, γνωματεύσεις μερικής/μη αυτοεξυπηρέτησης, αποφάσεις Υγειονομικής Επιτροπής/ΚΕΠΑ, αναπηρία).</w:t>
      </w:r>
      <w:r w:rsidRPr="00EE1AFF">
        <w:rPr>
          <w:lang w:val="el-GR"/>
        </w:rPr>
        <w:br/>
        <w:t>Τα δεδομένα αφορούν δύο υποκείμενα: α) έμμεσα ωφελούμενο (αιτών-φροντιστής) και β) άμεσα ωφελούμενο (ηλικιωμένος).</w:t>
      </w:r>
    </w:p>
    <w:p w14:paraId="6D3A08BF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 xml:space="preserve">6. Πηγή δεδομένων και </w:t>
      </w:r>
      <w:proofErr w:type="spellStart"/>
      <w:r w:rsidRPr="00EE1AFF">
        <w:rPr>
          <w:b/>
          <w:color w:val="005199"/>
          <w:lang w:val="el-GR"/>
        </w:rPr>
        <w:t>υποχρεωτικότητα</w:t>
      </w:r>
      <w:proofErr w:type="spellEnd"/>
    </w:p>
    <w:p w14:paraId="666E748F" w14:textId="77777777" w:rsidR="005F1BFD" w:rsidRPr="00EE1AFF" w:rsidRDefault="005704B1">
      <w:pPr>
        <w:spacing w:after="160"/>
        <w:rPr>
          <w:lang w:val="el-GR"/>
        </w:rPr>
      </w:pPr>
      <w:r w:rsidRPr="00EE1AFF">
        <w:rPr>
          <w:lang w:val="el-GR"/>
        </w:rPr>
        <w:t>Παρέχονται απευθείας από αιτούντα/νόμιμο εκπρόσωπο/πληρεξούσιο. Η παροχή είναι υποχρεωτική για εξέταση αίτησης. Μη προσκόμιση = αδυναμία αξιολόγησης και ένταξης.</w:t>
      </w:r>
    </w:p>
    <w:p w14:paraId="367A7561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7. Αποδέκτες δεδομένων</w:t>
      </w:r>
    </w:p>
    <w:p w14:paraId="12F5E581" w14:textId="77777777" w:rsidR="005F1BFD" w:rsidRPr="00EE1AFF" w:rsidRDefault="005704B1">
      <w:pPr>
        <w:spacing w:after="160"/>
        <w:rPr>
          <w:lang w:val="el-GR"/>
        </w:rPr>
      </w:pPr>
      <w:r w:rsidRPr="00EE1AFF">
        <w:rPr>
          <w:lang w:val="el-GR"/>
        </w:rPr>
        <w:t>Πρόσβαση μόνο από ειδικά εξουσιοδοτημένους υπαλλήλους αρμόδιας Διεύθυνσης, Πρωτοκόλλου, Οικονομικής και Νομικής Υπηρεσίας (για ενστάσεις).</w:t>
      </w:r>
      <w:r w:rsidRPr="00EE1AFF">
        <w:rPr>
          <w:lang w:val="el-GR"/>
        </w:rPr>
        <w:br/>
        <w:t xml:space="preserve">Διαβιβάσεις όπου απαιτείται: Υπουργείο Κοινωνικής Συνοχής και Οικογένειας, Περιφέρεια ΑΜΘ/Διαχειριστική Αρχή ΠΕΠ, ΕΕΤΑΑ, Ελεγκτικό Συνέδριο, Εθνική Αρχή Διαφάνειας, ΔΥΠΑ, </w:t>
      </w:r>
      <w:r>
        <w:t>e</w:t>
      </w:r>
      <w:r w:rsidRPr="00EE1AFF">
        <w:rPr>
          <w:lang w:val="el-GR"/>
        </w:rPr>
        <w:t xml:space="preserve">-ΕΦΚΑ, ΑΑΔΕ κατόπιν </w:t>
      </w:r>
      <w:proofErr w:type="spellStart"/>
      <w:r w:rsidRPr="00EE1AFF">
        <w:rPr>
          <w:lang w:val="el-GR"/>
        </w:rPr>
        <w:t>νομίμου</w:t>
      </w:r>
      <w:proofErr w:type="spellEnd"/>
      <w:r w:rsidRPr="00EE1AFF">
        <w:rPr>
          <w:lang w:val="el-GR"/>
        </w:rPr>
        <w:t xml:space="preserve"> αιτήματος, Εκτελούντες κατά άρθρο 28 ΓΚΠΔ (</w:t>
      </w:r>
      <w:proofErr w:type="spellStart"/>
      <w:r w:rsidRPr="00EE1AFF">
        <w:rPr>
          <w:lang w:val="el-GR"/>
        </w:rPr>
        <w:t>πάροχος</w:t>
      </w:r>
      <w:proofErr w:type="spellEnd"/>
      <w:r w:rsidRPr="00EE1AFF">
        <w:rPr>
          <w:lang w:val="el-GR"/>
        </w:rPr>
        <w:t xml:space="preserve"> πληροφοριακών συστημάτων, φύλαξης/καταστροφής αρχείων) βάσει σύμβασης.</w:t>
      </w:r>
      <w:r w:rsidRPr="00EE1AFF">
        <w:rPr>
          <w:lang w:val="el-GR"/>
        </w:rPr>
        <w:br/>
        <w:t>Δεν γίνεται διαβίβαση για εμπορική προώθηση ούτε διαβίβαση σε τρίτη χώρα εκτός ΕΟΧ.</w:t>
      </w:r>
    </w:p>
    <w:p w14:paraId="7E72427A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8. Χρόνος διατήρησης</w:t>
      </w:r>
    </w:p>
    <w:p w14:paraId="006D4081" w14:textId="77777777" w:rsidR="005F1BFD" w:rsidRPr="00EE1AFF" w:rsidRDefault="005704B1">
      <w:pPr>
        <w:spacing w:after="160"/>
        <w:rPr>
          <w:lang w:val="el-GR"/>
        </w:rPr>
      </w:pPr>
      <w:r w:rsidRPr="00EE1AFF">
        <w:rPr>
          <w:lang w:val="el-GR"/>
        </w:rPr>
        <w:t>5 έτη μετά λήξη/διακοπή συμμετοχής στο ΚΗΦΗ. Σε συγχρηματοδότηση έως 5 έτη από 31/12 έτους τελευταίας πληρωμής (Κανονισμός (ΕΕ) 2021/1060). Οικονομικά/λογιστικά παραστατικά 10 έτη (ΠΔ 480/1985). Μετά ασφαλής καταστροφή/</w:t>
      </w:r>
      <w:proofErr w:type="spellStart"/>
      <w:r w:rsidRPr="00EE1AFF">
        <w:rPr>
          <w:lang w:val="el-GR"/>
        </w:rPr>
        <w:t>ανωνυμοποίηση</w:t>
      </w:r>
      <w:proofErr w:type="spellEnd"/>
      <w:r w:rsidRPr="00EE1AFF">
        <w:rPr>
          <w:lang w:val="el-GR"/>
        </w:rPr>
        <w:t xml:space="preserve">, εκτός αν ορίζει </w:t>
      </w:r>
      <w:r w:rsidRPr="00EE1AFF">
        <w:rPr>
          <w:lang w:val="el-GR"/>
        </w:rPr>
        <w:lastRenderedPageBreak/>
        <w:t>διαφορετικά η νομοθεσία περί ΓΑΚ (Ν.1946/1991, Ν.4610/2019). Φύλαξη με μέτρα άρθρου 32 ΓΚΠΔ (</w:t>
      </w:r>
      <w:r>
        <w:t>RBAC</w:t>
      </w:r>
      <w:r w:rsidRPr="00EE1AFF">
        <w:rPr>
          <w:lang w:val="el-GR"/>
        </w:rPr>
        <w:t>, κρυπτογράφηση, φυσική φύλαξη).</w:t>
      </w:r>
    </w:p>
    <w:p w14:paraId="7A5043D7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9. Δικαιώματα υποκειμένων δεδομένων</w:t>
      </w:r>
    </w:p>
    <w:p w14:paraId="74478B09" w14:textId="77777777" w:rsidR="005F1BFD" w:rsidRPr="00EE1AFF" w:rsidRDefault="005704B1">
      <w:pPr>
        <w:spacing w:after="160"/>
        <w:rPr>
          <w:lang w:val="el-GR"/>
        </w:rPr>
      </w:pPr>
      <w:r w:rsidRPr="00EE1AFF">
        <w:rPr>
          <w:lang w:val="el-GR"/>
        </w:rPr>
        <w:t xml:space="preserve">Υπό προϋποθέσεις ΓΚΠΔ: α) Ενημέρωσης &amp; Πρόσβασης (15), β) Διόρθωσης (16), γ) Διαγραφής (17) - δεν εφαρμόζεται όταν επεξεργασία απαραίτητη για έννομη υποχρέωση/δημόσιο συμφέρον, δ) Περιορισμού (18), ε) Εναντίωσης (21). </w:t>
      </w:r>
      <w:proofErr w:type="spellStart"/>
      <w:r w:rsidRPr="00EE1AFF">
        <w:rPr>
          <w:lang w:val="el-GR"/>
        </w:rPr>
        <w:t>Φορητότητα</w:t>
      </w:r>
      <w:proofErr w:type="spellEnd"/>
      <w:r w:rsidRPr="00EE1AFF">
        <w:rPr>
          <w:lang w:val="el-GR"/>
        </w:rPr>
        <w:t xml:space="preserve"> (20) δεν εφαρμόζεται (βάση 6(1)(γ)(ε)). Όχι αυτοματοποιημένη λήψη αποφάσεων/κατάρτιση προφίλ (22).</w:t>
      </w:r>
    </w:p>
    <w:p w14:paraId="77ADCE47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10. Άσκηση δικαιωμάτων</w:t>
      </w:r>
    </w:p>
    <w:p w14:paraId="61CF7D4A" w14:textId="77777777" w:rsidR="005F1BFD" w:rsidRPr="00EE1AFF" w:rsidRDefault="005704B1">
      <w:pPr>
        <w:spacing w:after="160"/>
        <w:rPr>
          <w:lang w:val="el-GR"/>
        </w:rPr>
      </w:pPr>
      <w:r w:rsidRPr="00EE1AFF">
        <w:rPr>
          <w:lang w:val="el-GR"/>
        </w:rPr>
        <w:t xml:space="preserve">Έγγραφη αίτηση σε Δήμο ή </w:t>
      </w:r>
      <w:r>
        <w:t>DPO</w:t>
      </w:r>
      <w:r w:rsidRPr="00EE1AFF">
        <w:rPr>
          <w:lang w:val="el-GR"/>
        </w:rPr>
        <w:t>. Απάντηση χωρίς καθυστέρηση, το αργότερο εντός 1 μηνός + δυνατότητα παράτασης 2 μηνών (12 παρ.3-4 ΓΚΠΔ).</w:t>
      </w:r>
    </w:p>
    <w:p w14:paraId="700677B1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11. Δικαίωμα καταγγελίας</w:t>
      </w:r>
    </w:p>
    <w:p w14:paraId="432AAC26" w14:textId="77777777" w:rsidR="005F1BFD" w:rsidRPr="00EE1AFF" w:rsidRDefault="005704B1">
      <w:pPr>
        <w:spacing w:after="160"/>
        <w:rPr>
          <w:lang w:val="el-GR"/>
        </w:rPr>
      </w:pPr>
      <w:r w:rsidRPr="00EE1AFF">
        <w:rPr>
          <w:lang w:val="el-GR"/>
        </w:rPr>
        <w:t xml:space="preserve">Αρχή Προστασίας Δεδομένων Προσωπικού Χαρακτήρα, Λ. </w:t>
      </w:r>
      <w:proofErr w:type="spellStart"/>
      <w:r w:rsidRPr="00EE1AFF">
        <w:rPr>
          <w:lang w:val="el-GR"/>
        </w:rPr>
        <w:t>Κηφισίας</w:t>
      </w:r>
      <w:proofErr w:type="spellEnd"/>
      <w:r w:rsidRPr="00EE1AFF">
        <w:rPr>
          <w:lang w:val="el-GR"/>
        </w:rPr>
        <w:t xml:space="preserve"> 1-3, Τ.Κ. 11523 Αθήνα, </w:t>
      </w:r>
      <w:proofErr w:type="spellStart"/>
      <w:r w:rsidRPr="00EE1AFF">
        <w:rPr>
          <w:lang w:val="el-GR"/>
        </w:rPr>
        <w:t>τηλ</w:t>
      </w:r>
      <w:proofErr w:type="spellEnd"/>
      <w:r w:rsidRPr="00EE1AFF">
        <w:rPr>
          <w:lang w:val="el-GR"/>
        </w:rPr>
        <w:t xml:space="preserve">. 2106475600, </w:t>
      </w:r>
      <w:r>
        <w:t>www</w:t>
      </w:r>
      <w:r w:rsidRPr="00EE1AFF">
        <w:rPr>
          <w:lang w:val="el-GR"/>
        </w:rPr>
        <w:t>.</w:t>
      </w:r>
      <w:r>
        <w:t>dpa</w:t>
      </w:r>
      <w:r w:rsidRPr="00EE1AFF">
        <w:rPr>
          <w:lang w:val="el-GR"/>
        </w:rPr>
        <w:t>.</w:t>
      </w:r>
      <w:r>
        <w:t>gr</w:t>
      </w:r>
      <w:r w:rsidRPr="00EE1AFF">
        <w:rPr>
          <w:lang w:val="el-GR"/>
        </w:rPr>
        <w:t>, με επιφύλαξη δικαστικής προσφυγής.</w:t>
      </w:r>
    </w:p>
    <w:p w14:paraId="571B088B" w14:textId="77777777" w:rsidR="005F1BFD" w:rsidRPr="00EE1AFF" w:rsidRDefault="005704B1">
      <w:pPr>
        <w:rPr>
          <w:lang w:val="el-GR"/>
        </w:rPr>
      </w:pPr>
      <w:r w:rsidRPr="00EE1AFF">
        <w:rPr>
          <w:b/>
          <w:color w:val="005199"/>
          <w:lang w:val="el-GR"/>
        </w:rPr>
        <w:t>12. Πρόσθετη ενημέρωση λόγω φύσης ΚΗΦΗ</w:t>
      </w:r>
    </w:p>
    <w:p w14:paraId="43239510" w14:textId="77777777" w:rsidR="005F1BFD" w:rsidRPr="00EE1AFF" w:rsidRDefault="005704B1">
      <w:pPr>
        <w:spacing w:after="160"/>
        <w:rPr>
          <w:lang w:val="el-GR"/>
        </w:rPr>
      </w:pPr>
      <w:r w:rsidRPr="00EE1AFF">
        <w:rPr>
          <w:lang w:val="el-GR"/>
        </w:rPr>
        <w:t>Δεδομένα υγείας μόνο από προσωπικό με καθήκον τήρησης απορρήτου (ιατρός, νοσηλευτής, κοινωνικός λειτουργός, ψυχολόγος ΚΗΦΗ) - άρθρο 9(3) ΓΚΠΔ.</w:t>
      </w:r>
      <w:r w:rsidRPr="00EE1AFF">
        <w:rPr>
          <w:lang w:val="el-GR"/>
        </w:rPr>
        <w:br/>
        <w:t>Σε έκτακτη ανάγκη υγείας, διαβίβαση απολύτως αναγκαίων δεδομένων σε ΕΚΑΒ/νοσοκομείο βάσει 9(2)(γ).</w:t>
      </w:r>
      <w:r w:rsidRPr="00EE1AFF">
        <w:rPr>
          <w:lang w:val="el-GR"/>
        </w:rPr>
        <w:br/>
        <w:t>Φωτογράφιση/βιντεοσκόπηση δραστηριοτήτων για ενημέρωση/προβολή Δήμου ΜΟΝΟ με χωριστή, ελεύθερη, ρητή, ειδική και ανακλητή συγκατάθεση (6(1)(α) ΓΚΠΔ) - δεν αποτελεί προϋπόθεση ένταξης.</w:t>
      </w:r>
      <w:r w:rsidRPr="00EE1AFF">
        <w:rPr>
          <w:lang w:val="el-GR"/>
        </w:rPr>
        <w:br/>
        <w:t>Εφαρμόζονται κατάλληλα τεχνικά και οργανωτικά μέτρα ασφάλειας κατά άρθρο 32 ΓΚΠΔ.</w:t>
      </w:r>
    </w:p>
    <w:p w14:paraId="471A551D" w14:textId="77777777" w:rsidR="005F1BFD" w:rsidRPr="00EE1AFF" w:rsidRDefault="005704B1">
      <w:pPr>
        <w:rPr>
          <w:lang w:val="el-GR"/>
        </w:rPr>
      </w:pPr>
      <w:r w:rsidRPr="00EE1AFF">
        <w:rPr>
          <w:lang w:val="el-GR"/>
        </w:rPr>
        <w:br/>
        <w:t>Έλαβα γνώση της παρούσας ενημέρωσης: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5F1BFD" w:rsidRPr="006238C7" w14:paraId="56F057A2" w14:textId="77777777">
        <w:tc>
          <w:tcPr>
            <w:tcW w:w="4320" w:type="dxa"/>
          </w:tcPr>
          <w:p w14:paraId="58400C41" w14:textId="77777777" w:rsidR="005F1BFD" w:rsidRDefault="005704B1">
            <w:proofErr w:type="spellStart"/>
            <w:r>
              <w:t>Ημερομηνί</w:t>
            </w:r>
            <w:proofErr w:type="spellEnd"/>
            <w:r>
              <w:t>α: ___</w:t>
            </w:r>
            <w:proofErr w:type="gramStart"/>
            <w:r>
              <w:t>_/_</w:t>
            </w:r>
            <w:proofErr w:type="gramEnd"/>
            <w:r>
              <w:t>___/2026</w:t>
            </w:r>
          </w:p>
        </w:tc>
        <w:tc>
          <w:tcPr>
            <w:tcW w:w="4320" w:type="dxa"/>
          </w:tcPr>
          <w:p w14:paraId="2C2307D6" w14:textId="77777777" w:rsidR="005F1BFD" w:rsidRPr="00EE1AFF" w:rsidRDefault="005704B1">
            <w:pPr>
              <w:rPr>
                <w:lang w:val="el-GR"/>
              </w:rPr>
            </w:pPr>
            <w:r w:rsidRPr="00EE1AFF">
              <w:rPr>
                <w:lang w:val="el-GR"/>
              </w:rPr>
              <w:t>Ο/Η Αιτών/ούσα (υπογραφή)</w:t>
            </w:r>
          </w:p>
        </w:tc>
      </w:tr>
      <w:tr w:rsidR="005F1BFD" w14:paraId="4C3590C4" w14:textId="77777777">
        <w:tc>
          <w:tcPr>
            <w:tcW w:w="4320" w:type="dxa"/>
          </w:tcPr>
          <w:p w14:paraId="5D5ED936" w14:textId="77777777" w:rsidR="005F1BFD" w:rsidRPr="00EE1AFF" w:rsidRDefault="005F1BFD">
            <w:pPr>
              <w:rPr>
                <w:lang w:val="el-GR"/>
              </w:rPr>
            </w:pPr>
          </w:p>
        </w:tc>
        <w:tc>
          <w:tcPr>
            <w:tcW w:w="4320" w:type="dxa"/>
          </w:tcPr>
          <w:p w14:paraId="1ABFD405" w14:textId="77777777" w:rsidR="005F1BFD" w:rsidRDefault="005704B1">
            <w:proofErr w:type="spellStart"/>
            <w:r>
              <w:t>Ολογράφως</w:t>
            </w:r>
            <w:proofErr w:type="spellEnd"/>
            <w:r>
              <w:t>: ______________________</w:t>
            </w:r>
          </w:p>
        </w:tc>
      </w:tr>
    </w:tbl>
    <w:p w14:paraId="3DFF9DF3" w14:textId="77777777" w:rsidR="005704B1" w:rsidRDefault="005704B1"/>
    <w:sectPr w:rsidR="005704B1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9D528" w14:textId="77777777" w:rsidR="00940A4D" w:rsidRDefault="00940A4D" w:rsidP="002F7690">
      <w:pPr>
        <w:spacing w:after="0" w:line="240" w:lineRule="auto"/>
      </w:pPr>
      <w:r>
        <w:separator/>
      </w:r>
    </w:p>
  </w:endnote>
  <w:endnote w:type="continuationSeparator" w:id="0">
    <w:p w14:paraId="27CB0795" w14:textId="77777777" w:rsidR="00940A4D" w:rsidRDefault="00940A4D" w:rsidP="002F7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26112" w14:textId="77777777" w:rsidR="002F7690" w:rsidRDefault="002F769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E8536" w14:textId="7FA9BC62" w:rsidR="002F7690" w:rsidRDefault="002F7690">
    <w:pPr>
      <w:pStyle w:val="a6"/>
    </w:pPr>
    <w:r w:rsidRPr="00E55459">
      <w:rPr>
        <w:noProof/>
      </w:rPr>
      <w:drawing>
        <wp:inline distT="0" distB="0" distL="0" distR="0" wp14:anchorId="2DACEF84" wp14:editId="5E6D74CA">
          <wp:extent cx="4057650" cy="747436"/>
          <wp:effectExtent l="0" t="0" r="0" b="0"/>
          <wp:docPr id="838946799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8949" cy="7550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0E8A5" w14:textId="77777777" w:rsidR="002F7690" w:rsidRDefault="002F769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4BA2E" w14:textId="77777777" w:rsidR="00940A4D" w:rsidRDefault="00940A4D" w:rsidP="002F7690">
      <w:pPr>
        <w:spacing w:after="0" w:line="240" w:lineRule="auto"/>
      </w:pPr>
      <w:r>
        <w:separator/>
      </w:r>
    </w:p>
  </w:footnote>
  <w:footnote w:type="continuationSeparator" w:id="0">
    <w:p w14:paraId="5EFBD974" w14:textId="77777777" w:rsidR="00940A4D" w:rsidRDefault="00940A4D" w:rsidP="002F7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78205" w14:textId="77777777" w:rsidR="002F7690" w:rsidRDefault="002F76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06249" w14:textId="77777777" w:rsidR="002F7690" w:rsidRDefault="002F769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91A2E" w14:textId="77777777" w:rsidR="002F7690" w:rsidRDefault="002F769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3866411">
    <w:abstractNumId w:val="8"/>
  </w:num>
  <w:num w:numId="2" w16cid:durableId="219681020">
    <w:abstractNumId w:val="6"/>
  </w:num>
  <w:num w:numId="3" w16cid:durableId="1215656094">
    <w:abstractNumId w:val="5"/>
  </w:num>
  <w:num w:numId="4" w16cid:durableId="2023313615">
    <w:abstractNumId w:val="4"/>
  </w:num>
  <w:num w:numId="5" w16cid:durableId="1453986258">
    <w:abstractNumId w:val="7"/>
  </w:num>
  <w:num w:numId="6" w16cid:durableId="183639694">
    <w:abstractNumId w:val="3"/>
  </w:num>
  <w:num w:numId="7" w16cid:durableId="1851214136">
    <w:abstractNumId w:val="2"/>
  </w:num>
  <w:num w:numId="8" w16cid:durableId="1832401826">
    <w:abstractNumId w:val="1"/>
  </w:num>
  <w:num w:numId="9" w16cid:durableId="5268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7690"/>
    <w:rsid w:val="00326F90"/>
    <w:rsid w:val="00477B62"/>
    <w:rsid w:val="005704B1"/>
    <w:rsid w:val="005F1BFD"/>
    <w:rsid w:val="00616B2A"/>
    <w:rsid w:val="006238C7"/>
    <w:rsid w:val="006B4C8D"/>
    <w:rsid w:val="00827C5C"/>
    <w:rsid w:val="00940A4D"/>
    <w:rsid w:val="00966F7E"/>
    <w:rsid w:val="00973446"/>
    <w:rsid w:val="00A051A3"/>
    <w:rsid w:val="00AA1D8D"/>
    <w:rsid w:val="00B03D39"/>
    <w:rsid w:val="00B47730"/>
    <w:rsid w:val="00CB0664"/>
    <w:rsid w:val="00CB30EA"/>
    <w:rsid w:val="00EE1A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74C57C"/>
  <w14:defaultImageDpi w14:val="300"/>
  <w15:docId w15:val="{F35577AA-68E6-4BE6-8114-42BE72CD3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Calibri" w:hAnsi="Calibri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1530</Words>
  <Characters>8262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Κυριακή Λάϊου</cp:lastModifiedBy>
  <cp:revision>2</cp:revision>
  <cp:lastPrinted>2026-09-28T11:28:00Z</cp:lastPrinted>
  <dcterms:created xsi:type="dcterms:W3CDTF">2026-09-29T04:19:00Z</dcterms:created>
  <dcterms:modified xsi:type="dcterms:W3CDTF">2026-09-29T04:19:00Z</dcterms:modified>
  <cp:category/>
</cp:coreProperties>
</file>